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0" w:before="0"/>
        <w:ind w:firstLine="0"/>
        <w:jc w:val="center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МБОУ «Лингвистическая школа им. Ю. Д. Дешериева»</w:t>
      </w:r>
    </w:p>
    <w:p>
      <w:pPr>
        <w:keepNext w:val="0"/>
        <w:spacing w:after="0" w:before="0"/>
        <w:ind w:firstLine="0"/>
        <w:jc w:val="center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г. Грозный</w:t>
      </w:r>
    </w:p>
    <w:p>
      <w:pPr>
        <w:keepNext w:val="0"/>
        <w:spacing w:after="0" w:before="1100"/>
        <w:ind w:firstLine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IX Международный конкурс сочинений 2026/27</w:t>
      </w:r>
    </w:p>
    <w:p>
      <w:pPr>
        <w:keepNext w:val="0"/>
        <w:spacing w:after="0" w:before="0"/>
        <w:ind w:firstLine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«С русским языком можно творить чудеса!»</w:t>
      </w:r>
    </w:p>
    <w:p>
      <w:pPr>
        <w:keepNext w:val="0"/>
        <w:spacing w:after="0" w:before="700"/>
        <w:ind w:firstLine="0"/>
        <w:jc w:val="center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Рассказ</w:t>
      </w:r>
    </w:p>
    <w:p>
      <w:pPr>
        <w:pStyle w:val="Title"/>
        <w:keepNext w:val="0"/>
        <w:spacing w:after="700" w:before="0"/>
        <w:ind w:firstLine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Место для голоса</w:t>
      </w:r>
    </w:p>
    <w:p>
      <w:pPr>
        <w:keepNext w:val="0"/>
        <w:spacing w:after="0" w:before="0"/>
        <w:ind w:firstLine="0"/>
        <w:jc w:val="left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Автор: Дудаев Абдуллах Хусейнович</w:t>
      </w:r>
    </w:p>
    <w:p>
      <w:pPr>
        <w:keepNext w:val="0"/>
        <w:spacing w:after="0" w:before="0"/>
        <w:ind w:firstLine="0"/>
        <w:jc w:val="left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Класс: 6     Возраст: 12 лет</w:t>
      </w:r>
    </w:p>
    <w:p>
      <w:pPr>
        <w:keepNext w:val="0"/>
        <w:spacing w:after="0" w:before="0"/>
        <w:ind w:firstLine="0"/>
        <w:jc w:val="left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</w:r>
    </w:p>
    <w:p>
      <w:pPr>
        <w:keepNext w:val="0"/>
        <w:spacing w:after="0" w:before="0"/>
        <w:ind w:firstLine="0"/>
        <w:jc w:val="left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Руководитель: Дудаева Диана Мовладиевна</w:t>
      </w:r>
    </w:p>
    <w:p>
      <w:pPr>
        <w:keepNext w:val="0"/>
        <w:spacing w:after="0" w:before="0"/>
        <w:ind w:firstLine="0"/>
        <w:jc w:val="left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заместитель директора по качеству образования</w:t>
      </w:r>
    </w:p>
    <w:p>
      <w:pPr>
        <w:keepNext w:val="0"/>
        <w:spacing w:after="0" w:before="1300"/>
        <w:ind w:firstLine="0"/>
        <w:jc w:val="center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2026/27 учебный год</w:t>
      </w:r>
    </w:p>
    <w:p>
      <w:r>
        <w:br w:type="page"/>
      </w:r>
    </w:p>
    <w:p>
      <w:pPr>
        <w:pStyle w:val="Title"/>
        <w:keepNext/>
        <w:spacing w:after="200" w:before="0"/>
        <w:ind w:firstLine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Место для голоса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Дониёр умеет стоять на воротах. Даже когда мяч летит прямо в лицо, он не отворачивается. Я отворачиваюсь. Не каждый раз, конечно.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Ещё у него хорошо получается снимать на телефон. Руки совсем не дрожат.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Наверное, поэтому в нашем фильме его сначала не оказалось.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Для школьной недели русского языка мы решили записать, как на разных языках звучат самые обычные домашние фразы. Внизу — русский перевод, чтобы все понимали. Нам дали полторы минуты перед спектаклем. Записать успели почти полкласса.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снимал ребят в коридоре. Потом передал свой телефон Дониёру, а сам стал режиссёром.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Мне очень хотелось сделать настоящее кино. Не такое, где все смотрят в пол и читают с листочка.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Только не снимай снизу, — предупредил я. — А то у меня голова квадратная.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Она и так…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погрозил ему кулаком. Он засмеялся.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Потом мы записывали меня.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Сначала я забыл слова. Потом за окном загудела машина. На третьем дубле у меня зачесался нос, и я не выдержал. Дониёр терпеливо держал телефон, а Катя считала попытки на пальцах.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Шестой дубль получился отличный. Я посмотрел и даже не сразу узнал себя: говорю спокойно, ни разу не дёрнулся. Вот так бы отвечать у доски.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Теперь я? — спросил Дониёр.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Потом. Надо ещё Катю переснять, у неё там голос тихий.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Катю мы пересняли. Потом нас попросили освободить кабинет, и пришлось собираться.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А ты дома запиши, — сказал я Дониёру. — И перевод пришли.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Он вернул мне телефон.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Вечером я монтировал ролик. Срезал длинные паузы, неловкие движения и смех, который начинался невовремя. Поставил музыку. Каждому сделал подпись.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Мой шестой дубль пошёл во вступление: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«У каждого из нас есть свой голос».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сказал это очень хорошо. Даже руками двигал нормально. Сначала под музыку показывался школьный двор, потом появлялся я. Переход от двора к моему лицу я переделывал, наверное, час.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Получилась ровно минута тридцать. Я отправил файл Кате и Дониёру.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Катя прислала огоньки.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Дониёр написал: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«В вашем ролике ошибка».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сразу ответил: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«В нашем».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Потом увидел его следующее сообщение: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«Меня там нет».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приблизил картинку. В одном месте мелькала его рука: он подавал Кате листок. Я собирался убрать её, но забыл.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Написал: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«Ты же сам не записался».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Посмотрел на эту фразу и стёр.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Вместо неё спросил: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«Завтра в ворота встанешь?»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«Я с ребятами договорился».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Мы почти всегда играли вдвоём. Я бил ему пенальти до десяти, потом он мне. Иногда спорили, был гол или штанга, но ненадолго.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хотел написать: «Ну и играй».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Положил телефон.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Теперь мне почему-то не нравилось моё вступление. Особенно слова «каждый из нас».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открыл исходные записи.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В начале одного файла Дониёр поставил телефон на подоконник и сел напротив. Это было ещё до моих шести дублей. Мы проверяли звук.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Меня слышно? — спросил он.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Говори что-нибудь.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Он произнёс короткую фразу на таджикском.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А перевод? — спросила Катя.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Не стой у двери. Заходи.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И всё? — спросил 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Всё. Мама так говорит, когда вы ко мне приходите.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На записи я ответил: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Для начала надо что-нибудь посерьёзнее. Давай потом придумаем.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Дониёр посмотрел на меня, а я уже полез поправлять телефон.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Теперь я вспомнил ту дверь. У них тугая ручка, её надо дёргать вверх. Мы с Катей первый раз не смогли открыть и стояли на площадке, хотя Дониёр кричал из комнаты, чтобы заходили.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Его мама тогда открыла сама. Сказала что-то, чего я не понял, и сразу отступила, пропуская нас.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Так вот что она сказала.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позвонил Кате.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У меня Дониёр записан.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Так вставь.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Не влезает.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А вступление?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Там 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Я вижу.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обиделся. Можно подумать, мне легко дались эти шесть дублей.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Но Катя не сказала ничего неправильного.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выделил вступление. Удалил. Вернул обратно.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Потом написал Дониёру: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«Прости. Ты просил тебя снять, а я всё время говорил „потом“. Есть запись с проверкой звука. Можно её поставить?»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Он долго не отвечал.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ещё раз посмотрел свой удачный дубль и закрыл его.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Дониёр написал: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«Там в конце камера поворачивается».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«Обрежу».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«Не надо».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досмотрел запись. Он брал телефон с подоконника, и в кадр попадали мы с Катей. Сидим рядом. Катя держит листок, я болтаю ногой.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Ничего красивого. Зато теперь в фильме будем все трое.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«Хорошо», — написал я.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удалил вступление и поставил на его место запись Дониёра.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Свои реплики я вырезал. Оставил его слова и поворот камеры.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Перевод он прислал сам: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«Не стой у двери. Заходи».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оставил точку после слова «двери». Как он прислал. В этом месте он помолчал, а я всё время собирался отрезать эту паузу.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Музыку я здесь выключил. Без неё было слышно, как он чуть запнулся перед переводом. Хотел вырезать, но оставил.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Утром Дониёр пришёл и сел за свою парту. Ко мне не подошёл.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поставил ноутбук между нами.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Посмотри, пожалуйста.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Он смотрел молча. Я всё время поглядывал на него и пропустил половину собственного фильма.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Когда запись закончилась, Дониёр сказал: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В титрах ошибка.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Я наклонился к экрану.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Где?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«Камера — Дониёр». Ты ведь тоже снимал. В коридоре.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Немного.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Всё равно снимал.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Он придвинул стул поближе и взял мышку.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Исправим?</w:t>
      </w:r>
    </w:p>
    <w:p>
      <w:pPr>
        <w:keepNext w:val="0"/>
        <w:spacing w:after="0" w:before="0"/>
      </w:pPr>
      <w:r>
        <w:rPr>
          <w:rFonts w:ascii="Times New Roman" w:hAnsi="Times New Roman" w:eastAsia="Times New Roman" w:cs="Times New Roman"/>
          <w:b w:val="0"/>
          <w:color w:val="000000"/>
          <w:sz w:val="24"/>
        </w:rPr>
        <w:t>— Сейчас.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rFonts w:ascii="Times New Roman" w:hAnsi="Times New Roman" w:eastAsia="Times New Roman" w:cs="Times New Roman"/>
        <w:b w:val="0"/>
        <w:color w:val="000000"/>
        <w:sz w:val="22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360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00" w:line="36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00" w:line="36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36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Место для голоса</dc:title>
  <dc:subject>Художественный рассказ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