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0167C" w14:textId="77777777" w:rsidR="00BB4607" w:rsidRPr="00A13E11" w:rsidRDefault="00BB4607" w:rsidP="00BB4607">
      <w:pPr>
        <w:spacing w:after="0"/>
        <w:jc w:val="center"/>
        <w:rPr>
          <w:rFonts w:ascii="Times New Roman" w:hAnsi="Times New Roman" w:cs="Times New Roman"/>
          <w:sz w:val="24"/>
          <w:szCs w:val="24"/>
          <w:lang w:val="ru-RU"/>
        </w:rPr>
      </w:pPr>
      <w:r w:rsidRPr="00A13E11">
        <w:rPr>
          <w:rFonts w:ascii="Times New Roman" w:hAnsi="Times New Roman" w:cs="Times New Roman"/>
          <w:b/>
          <w:sz w:val="24"/>
          <w:szCs w:val="24"/>
          <w:lang w:val="ru-RU"/>
        </w:rPr>
        <w:t>Государственное бюджетное общеобразовательное учреждение</w:t>
      </w:r>
      <w:r w:rsidRPr="00A13E11">
        <w:rPr>
          <w:rFonts w:ascii="Times New Roman" w:hAnsi="Times New Roman" w:cs="Times New Roman"/>
          <w:b/>
          <w:sz w:val="24"/>
          <w:szCs w:val="24"/>
          <w:lang w:val="ru-RU"/>
        </w:rPr>
        <w:br/>
        <w:t>«Гимназия № 631 Приморского района Санкт-Петербурга»</w:t>
      </w:r>
    </w:p>
    <w:p w14:paraId="56BB762D" w14:textId="77777777" w:rsidR="00BB4607" w:rsidRPr="00A13E11" w:rsidRDefault="00BB4607" w:rsidP="00BB4607">
      <w:pPr>
        <w:spacing w:after="0" w:line="240" w:lineRule="auto"/>
        <w:rPr>
          <w:rFonts w:ascii="Times New Roman" w:hAnsi="Times New Roman" w:cs="Times New Roman"/>
          <w:sz w:val="24"/>
          <w:szCs w:val="24"/>
          <w:lang w:val="ru-RU"/>
        </w:rPr>
      </w:pPr>
      <w:r w:rsidRPr="00A13E11">
        <w:rPr>
          <w:rFonts w:ascii="Times New Roman" w:hAnsi="Times New Roman" w:cs="Times New Roman"/>
          <w:sz w:val="24"/>
          <w:szCs w:val="24"/>
          <w:lang w:val="ru-RU"/>
        </w:rPr>
        <w:br/>
      </w:r>
      <w:r w:rsidRPr="00A13E11">
        <w:rPr>
          <w:rFonts w:ascii="Times New Roman" w:hAnsi="Times New Roman" w:cs="Times New Roman"/>
          <w:sz w:val="24"/>
          <w:szCs w:val="24"/>
          <w:lang w:val="ru-RU"/>
        </w:rPr>
        <w:br/>
      </w:r>
      <w:r w:rsidRPr="00A13E11">
        <w:rPr>
          <w:rFonts w:ascii="Times New Roman" w:hAnsi="Times New Roman" w:cs="Times New Roman"/>
          <w:sz w:val="24"/>
          <w:szCs w:val="24"/>
          <w:lang w:val="ru-RU"/>
        </w:rPr>
        <w:br/>
      </w:r>
      <w:r w:rsidRPr="00A13E11">
        <w:rPr>
          <w:rFonts w:ascii="Times New Roman" w:hAnsi="Times New Roman" w:cs="Times New Roman"/>
          <w:sz w:val="24"/>
          <w:szCs w:val="24"/>
          <w:lang w:val="ru-RU"/>
        </w:rPr>
        <w:br/>
      </w:r>
    </w:p>
    <w:p w14:paraId="70B1822C" w14:textId="77777777" w:rsidR="00BB4607" w:rsidRPr="00A13E11" w:rsidRDefault="00BB4607" w:rsidP="00BB4607">
      <w:pPr>
        <w:spacing w:after="0"/>
        <w:jc w:val="center"/>
        <w:rPr>
          <w:rFonts w:ascii="Times New Roman" w:hAnsi="Times New Roman" w:cs="Times New Roman"/>
          <w:sz w:val="24"/>
          <w:szCs w:val="24"/>
          <w:lang w:val="ru-RU"/>
        </w:rPr>
      </w:pPr>
      <w:r w:rsidRPr="00A13E11">
        <w:rPr>
          <w:rFonts w:ascii="Times New Roman" w:hAnsi="Times New Roman" w:cs="Times New Roman"/>
          <w:i/>
          <w:sz w:val="24"/>
          <w:szCs w:val="24"/>
        </w:rPr>
        <w:t>IX</w:t>
      </w:r>
      <w:r w:rsidRPr="00A13E11">
        <w:rPr>
          <w:rFonts w:ascii="Times New Roman" w:hAnsi="Times New Roman" w:cs="Times New Roman"/>
          <w:i/>
          <w:sz w:val="24"/>
          <w:szCs w:val="24"/>
          <w:lang w:val="ru-RU"/>
        </w:rPr>
        <w:t xml:space="preserve"> Международный конкурс сочинений 2026/2027</w:t>
      </w:r>
      <w:r w:rsidRPr="00A13E11">
        <w:rPr>
          <w:rFonts w:ascii="Times New Roman" w:hAnsi="Times New Roman" w:cs="Times New Roman"/>
          <w:i/>
          <w:sz w:val="24"/>
          <w:szCs w:val="24"/>
          <w:lang w:val="ru-RU"/>
        </w:rPr>
        <w:br/>
        <w:t xml:space="preserve">«С русским языком можно творить </w:t>
      </w:r>
      <w:proofErr w:type="gramStart"/>
      <w:r w:rsidRPr="00A13E11">
        <w:rPr>
          <w:rFonts w:ascii="Times New Roman" w:hAnsi="Times New Roman" w:cs="Times New Roman"/>
          <w:i/>
          <w:sz w:val="24"/>
          <w:szCs w:val="24"/>
          <w:lang w:val="ru-RU"/>
        </w:rPr>
        <w:t>чудеса!»</w:t>
      </w:r>
      <w:proofErr w:type="gramEnd"/>
    </w:p>
    <w:p w14:paraId="4A91BC4D" w14:textId="77777777" w:rsidR="00BB4607" w:rsidRPr="00A13E11" w:rsidRDefault="00BB4607" w:rsidP="00BB4607">
      <w:pPr>
        <w:spacing w:after="0" w:line="240" w:lineRule="auto"/>
        <w:rPr>
          <w:rFonts w:ascii="Times New Roman" w:hAnsi="Times New Roman" w:cs="Times New Roman"/>
          <w:sz w:val="24"/>
          <w:szCs w:val="24"/>
          <w:lang w:val="ru-RU"/>
        </w:rPr>
      </w:pPr>
      <w:r w:rsidRPr="00A13E11">
        <w:rPr>
          <w:rFonts w:ascii="Times New Roman" w:hAnsi="Times New Roman" w:cs="Times New Roman"/>
          <w:sz w:val="24"/>
          <w:szCs w:val="24"/>
          <w:lang w:val="ru-RU"/>
        </w:rPr>
        <w:br/>
      </w:r>
      <w:r w:rsidRPr="00A13E11">
        <w:rPr>
          <w:rFonts w:ascii="Times New Roman" w:hAnsi="Times New Roman" w:cs="Times New Roman"/>
          <w:sz w:val="24"/>
          <w:szCs w:val="24"/>
          <w:lang w:val="ru-RU"/>
        </w:rPr>
        <w:br/>
      </w:r>
    </w:p>
    <w:p w14:paraId="7962D6B3" w14:textId="77777777" w:rsidR="00BB4607" w:rsidRPr="00A13E11" w:rsidRDefault="00BB4607" w:rsidP="00BB4607">
      <w:pPr>
        <w:spacing w:after="0" w:line="240" w:lineRule="auto"/>
        <w:rPr>
          <w:rFonts w:ascii="Times New Roman" w:hAnsi="Times New Roman" w:cs="Times New Roman"/>
          <w:sz w:val="24"/>
          <w:szCs w:val="24"/>
          <w:lang w:val="ru-RU"/>
        </w:rPr>
      </w:pPr>
    </w:p>
    <w:p w14:paraId="4EC88099" w14:textId="77777777" w:rsidR="00BB4607" w:rsidRPr="00A13E11" w:rsidRDefault="00BB4607" w:rsidP="00BB4607">
      <w:pPr>
        <w:spacing w:after="0" w:line="240" w:lineRule="auto"/>
        <w:rPr>
          <w:rFonts w:ascii="Times New Roman" w:hAnsi="Times New Roman" w:cs="Times New Roman"/>
          <w:sz w:val="24"/>
          <w:szCs w:val="24"/>
          <w:lang w:val="ru-RU"/>
        </w:rPr>
      </w:pPr>
    </w:p>
    <w:p w14:paraId="64DBCC6A" w14:textId="5FD378A7" w:rsidR="00BB4607" w:rsidRPr="00A13E11" w:rsidRDefault="00BB4607" w:rsidP="00BB4607">
      <w:pPr>
        <w:spacing w:after="0" w:line="240" w:lineRule="auto"/>
        <w:rPr>
          <w:rFonts w:ascii="Times New Roman" w:hAnsi="Times New Roman" w:cs="Times New Roman"/>
          <w:sz w:val="24"/>
          <w:szCs w:val="24"/>
          <w:lang w:val="ru-RU"/>
        </w:rPr>
      </w:pPr>
      <w:r w:rsidRPr="00A13E11">
        <w:rPr>
          <w:rFonts w:ascii="Times New Roman" w:hAnsi="Times New Roman" w:cs="Times New Roman"/>
          <w:sz w:val="24"/>
          <w:szCs w:val="24"/>
          <w:lang w:val="ru-RU"/>
        </w:rPr>
        <w:br/>
      </w:r>
      <w:r w:rsidRPr="00A13E11">
        <w:rPr>
          <w:rFonts w:ascii="Times New Roman" w:hAnsi="Times New Roman" w:cs="Times New Roman"/>
          <w:sz w:val="24"/>
          <w:szCs w:val="24"/>
          <w:lang w:val="ru-RU"/>
        </w:rPr>
        <w:br/>
      </w:r>
    </w:p>
    <w:p w14:paraId="5F3DF737" w14:textId="77777777" w:rsidR="00BB4607" w:rsidRPr="00A13E11" w:rsidRDefault="00BB4607" w:rsidP="00BB4607">
      <w:pPr>
        <w:spacing w:after="0"/>
        <w:jc w:val="center"/>
        <w:rPr>
          <w:rFonts w:ascii="Times New Roman" w:hAnsi="Times New Roman" w:cs="Times New Roman"/>
          <w:sz w:val="28"/>
          <w:szCs w:val="28"/>
          <w:lang w:val="ru-RU"/>
        </w:rPr>
      </w:pPr>
      <w:r w:rsidRPr="00A13E11">
        <w:rPr>
          <w:rFonts w:ascii="Times New Roman" w:hAnsi="Times New Roman" w:cs="Times New Roman"/>
          <w:b/>
          <w:sz w:val="28"/>
          <w:szCs w:val="28"/>
          <w:lang w:val="ru-RU"/>
        </w:rPr>
        <w:t>СОЧИНЕНИЕ</w:t>
      </w:r>
      <w:r w:rsidRPr="00A13E11">
        <w:rPr>
          <w:rFonts w:ascii="Times New Roman" w:hAnsi="Times New Roman" w:cs="Times New Roman"/>
          <w:b/>
          <w:sz w:val="28"/>
          <w:szCs w:val="28"/>
          <w:lang w:val="ru-RU"/>
        </w:rPr>
        <w:br/>
        <w:t>на тему: «История моей семьи – история служения России»</w:t>
      </w:r>
    </w:p>
    <w:p w14:paraId="6741EAB8" w14:textId="77777777" w:rsidR="00BB4607" w:rsidRPr="00A13E11" w:rsidRDefault="00BB4607" w:rsidP="00BB4607">
      <w:pPr>
        <w:spacing w:after="0" w:line="240" w:lineRule="auto"/>
        <w:rPr>
          <w:rFonts w:ascii="Times New Roman" w:hAnsi="Times New Roman" w:cs="Times New Roman"/>
          <w:sz w:val="24"/>
          <w:szCs w:val="24"/>
          <w:lang w:val="ru-RU"/>
        </w:rPr>
      </w:pPr>
      <w:r w:rsidRPr="00A13E11">
        <w:rPr>
          <w:rFonts w:ascii="Times New Roman" w:hAnsi="Times New Roman" w:cs="Times New Roman"/>
          <w:sz w:val="24"/>
          <w:szCs w:val="24"/>
          <w:lang w:val="ru-RU"/>
        </w:rPr>
        <w:br/>
      </w:r>
      <w:r w:rsidRPr="00A13E11">
        <w:rPr>
          <w:rFonts w:ascii="Times New Roman" w:hAnsi="Times New Roman" w:cs="Times New Roman"/>
          <w:sz w:val="24"/>
          <w:szCs w:val="24"/>
          <w:lang w:val="ru-RU"/>
        </w:rPr>
        <w:br/>
      </w:r>
      <w:r w:rsidRPr="00A13E11">
        <w:rPr>
          <w:rFonts w:ascii="Times New Roman" w:hAnsi="Times New Roman" w:cs="Times New Roman"/>
          <w:sz w:val="24"/>
          <w:szCs w:val="24"/>
          <w:lang w:val="ru-RU"/>
        </w:rPr>
        <w:br/>
      </w:r>
      <w:r w:rsidRPr="00A13E11">
        <w:rPr>
          <w:rFonts w:ascii="Times New Roman" w:hAnsi="Times New Roman" w:cs="Times New Roman"/>
          <w:sz w:val="24"/>
          <w:szCs w:val="24"/>
          <w:lang w:val="ru-RU"/>
        </w:rPr>
        <w:br/>
      </w:r>
    </w:p>
    <w:p w14:paraId="630F79C2" w14:textId="77777777" w:rsidR="00A50339" w:rsidRPr="00A13E11" w:rsidRDefault="00BB4607" w:rsidP="00BB4607">
      <w:pPr>
        <w:spacing w:after="0" w:line="312" w:lineRule="auto"/>
        <w:ind w:right="567"/>
        <w:jc w:val="right"/>
        <w:rPr>
          <w:rFonts w:ascii="Times New Roman" w:hAnsi="Times New Roman" w:cs="Times New Roman"/>
          <w:sz w:val="24"/>
          <w:szCs w:val="24"/>
          <w:lang w:val="ru-RU"/>
        </w:rPr>
      </w:pPr>
      <w:r w:rsidRPr="00A13E11">
        <w:rPr>
          <w:rFonts w:ascii="Times New Roman" w:hAnsi="Times New Roman" w:cs="Times New Roman"/>
          <w:b/>
          <w:sz w:val="24"/>
          <w:szCs w:val="24"/>
          <w:lang w:val="ru-RU"/>
        </w:rPr>
        <w:t>Выполнил:</w:t>
      </w:r>
      <w:r w:rsidRPr="00A13E11">
        <w:rPr>
          <w:rFonts w:ascii="Times New Roman" w:hAnsi="Times New Roman" w:cs="Times New Roman"/>
          <w:b/>
          <w:sz w:val="24"/>
          <w:szCs w:val="24"/>
          <w:lang w:val="ru-RU"/>
        </w:rPr>
        <w:br/>
      </w:r>
      <w:r w:rsidRPr="00A13E11">
        <w:rPr>
          <w:rFonts w:ascii="Times New Roman" w:hAnsi="Times New Roman" w:cs="Times New Roman"/>
          <w:sz w:val="24"/>
          <w:szCs w:val="24"/>
          <w:lang w:val="ru-RU"/>
        </w:rPr>
        <w:t xml:space="preserve">Виноградов Илья </w:t>
      </w:r>
      <w:proofErr w:type="spellStart"/>
      <w:r w:rsidRPr="00A13E11">
        <w:rPr>
          <w:rFonts w:ascii="Times New Roman" w:hAnsi="Times New Roman" w:cs="Times New Roman"/>
          <w:sz w:val="24"/>
          <w:szCs w:val="24"/>
          <w:lang w:val="ru-RU"/>
        </w:rPr>
        <w:t>Стасович</w:t>
      </w:r>
      <w:proofErr w:type="spellEnd"/>
      <w:r w:rsidRPr="00A13E11">
        <w:rPr>
          <w:rFonts w:ascii="Times New Roman" w:hAnsi="Times New Roman" w:cs="Times New Roman"/>
          <w:sz w:val="24"/>
          <w:szCs w:val="24"/>
          <w:lang w:val="ru-RU"/>
        </w:rPr>
        <w:br/>
        <w:t>Ученик 11 «Ю» класса</w:t>
      </w:r>
    </w:p>
    <w:p w14:paraId="2F7473F7" w14:textId="77777777" w:rsidR="00A50339" w:rsidRPr="00A13E11" w:rsidRDefault="00A50339" w:rsidP="00BB4607">
      <w:pPr>
        <w:spacing w:after="0" w:line="312" w:lineRule="auto"/>
        <w:ind w:right="567"/>
        <w:jc w:val="right"/>
        <w:rPr>
          <w:rFonts w:ascii="Times New Roman" w:hAnsi="Times New Roman" w:cs="Times New Roman"/>
          <w:sz w:val="24"/>
          <w:szCs w:val="24"/>
          <w:lang w:val="ru-RU"/>
        </w:rPr>
      </w:pPr>
    </w:p>
    <w:p w14:paraId="66D68AB4" w14:textId="06F8EA51" w:rsidR="00BB4607" w:rsidRPr="00A13E11" w:rsidRDefault="00A50339" w:rsidP="00BB4607">
      <w:pPr>
        <w:spacing w:after="0" w:line="312" w:lineRule="auto"/>
        <w:ind w:right="567"/>
        <w:jc w:val="right"/>
        <w:rPr>
          <w:rFonts w:ascii="Times New Roman" w:hAnsi="Times New Roman" w:cs="Times New Roman"/>
          <w:b/>
          <w:bCs/>
          <w:sz w:val="24"/>
          <w:szCs w:val="24"/>
          <w:lang w:val="ru-RU"/>
        </w:rPr>
      </w:pPr>
      <w:r w:rsidRPr="00A13E11">
        <w:rPr>
          <w:rFonts w:ascii="Times New Roman" w:hAnsi="Times New Roman" w:cs="Times New Roman"/>
          <w:b/>
          <w:bCs/>
          <w:sz w:val="24"/>
          <w:szCs w:val="24"/>
          <w:lang w:val="ru-RU"/>
        </w:rPr>
        <w:t>Научный руководитель:</w:t>
      </w:r>
      <w:r w:rsidR="00BB4607" w:rsidRPr="00A13E11">
        <w:rPr>
          <w:rFonts w:ascii="Times New Roman" w:hAnsi="Times New Roman" w:cs="Times New Roman"/>
          <w:b/>
          <w:bCs/>
          <w:sz w:val="24"/>
          <w:szCs w:val="24"/>
          <w:lang w:val="ru-RU"/>
        </w:rPr>
        <w:br/>
      </w:r>
      <w:r w:rsidRPr="00A13E11">
        <w:rPr>
          <w:rFonts w:ascii="Times New Roman" w:hAnsi="Times New Roman" w:cs="Times New Roman"/>
          <w:sz w:val="24"/>
          <w:szCs w:val="24"/>
          <w:lang w:val="ru-RU"/>
        </w:rPr>
        <w:t>Мин</w:t>
      </w:r>
      <w:r w:rsidR="00FC44B9" w:rsidRPr="00A13E11">
        <w:rPr>
          <w:rFonts w:ascii="Times New Roman" w:hAnsi="Times New Roman" w:cs="Times New Roman"/>
          <w:sz w:val="24"/>
          <w:szCs w:val="24"/>
          <w:lang w:val="ru-RU"/>
        </w:rPr>
        <w:t>енко</w:t>
      </w:r>
      <w:r w:rsidRPr="00A13E11">
        <w:rPr>
          <w:rFonts w:ascii="Times New Roman" w:hAnsi="Times New Roman" w:cs="Times New Roman"/>
          <w:sz w:val="24"/>
          <w:szCs w:val="24"/>
          <w:lang w:val="ru-RU"/>
        </w:rPr>
        <w:t xml:space="preserve"> Яна Владимировна</w:t>
      </w:r>
      <w:r w:rsidR="00BB4607" w:rsidRPr="00A13E11">
        <w:rPr>
          <w:rFonts w:ascii="Times New Roman" w:hAnsi="Times New Roman" w:cs="Times New Roman"/>
          <w:sz w:val="24"/>
          <w:szCs w:val="24"/>
          <w:lang w:val="ru-RU"/>
        </w:rPr>
        <w:br/>
      </w:r>
    </w:p>
    <w:p w14:paraId="640DB518" w14:textId="77777777" w:rsidR="00BB4607" w:rsidRPr="00A13E11" w:rsidRDefault="00BB4607" w:rsidP="00BB4607">
      <w:pPr>
        <w:spacing w:after="0" w:line="312" w:lineRule="auto"/>
        <w:ind w:right="567"/>
        <w:jc w:val="right"/>
        <w:rPr>
          <w:rFonts w:ascii="Times New Roman" w:hAnsi="Times New Roman" w:cs="Times New Roman"/>
          <w:sz w:val="24"/>
          <w:szCs w:val="24"/>
          <w:lang w:val="ru-RU"/>
        </w:rPr>
      </w:pPr>
    </w:p>
    <w:p w14:paraId="074763DB" w14:textId="77777777" w:rsidR="00BB4607" w:rsidRPr="00A13E11" w:rsidRDefault="00BB4607" w:rsidP="00BB4607">
      <w:pPr>
        <w:spacing w:after="0" w:line="312" w:lineRule="auto"/>
        <w:ind w:right="567"/>
        <w:jc w:val="right"/>
        <w:rPr>
          <w:rFonts w:ascii="Times New Roman" w:hAnsi="Times New Roman" w:cs="Times New Roman"/>
          <w:sz w:val="24"/>
          <w:szCs w:val="24"/>
          <w:lang w:val="ru-RU"/>
        </w:rPr>
      </w:pPr>
    </w:p>
    <w:p w14:paraId="058A4AA9" w14:textId="77777777" w:rsidR="00BB4607" w:rsidRPr="00A13E11" w:rsidRDefault="00BB4607" w:rsidP="00BB4607">
      <w:pPr>
        <w:spacing w:after="0" w:line="312" w:lineRule="auto"/>
        <w:ind w:right="567"/>
        <w:jc w:val="right"/>
        <w:rPr>
          <w:rFonts w:ascii="Times New Roman" w:hAnsi="Times New Roman" w:cs="Times New Roman"/>
          <w:sz w:val="24"/>
          <w:szCs w:val="24"/>
          <w:lang w:val="ru-RU"/>
        </w:rPr>
      </w:pPr>
    </w:p>
    <w:p w14:paraId="43D9730A" w14:textId="77777777" w:rsidR="00BB4607" w:rsidRPr="00A13E11" w:rsidRDefault="00BB4607" w:rsidP="00BB4607">
      <w:pPr>
        <w:spacing w:after="0" w:line="312" w:lineRule="auto"/>
        <w:ind w:right="567"/>
        <w:jc w:val="right"/>
        <w:rPr>
          <w:rFonts w:ascii="Times New Roman" w:hAnsi="Times New Roman" w:cs="Times New Roman"/>
          <w:sz w:val="24"/>
          <w:szCs w:val="24"/>
          <w:lang w:val="ru-RU"/>
        </w:rPr>
      </w:pPr>
    </w:p>
    <w:p w14:paraId="2CAC3973" w14:textId="77777777" w:rsidR="00BB4607" w:rsidRPr="00A13E11" w:rsidRDefault="00BB4607" w:rsidP="00BB4607">
      <w:pPr>
        <w:spacing w:after="0" w:line="312" w:lineRule="auto"/>
        <w:ind w:right="567"/>
        <w:jc w:val="right"/>
        <w:rPr>
          <w:rFonts w:ascii="Times New Roman" w:hAnsi="Times New Roman" w:cs="Times New Roman"/>
          <w:sz w:val="24"/>
          <w:szCs w:val="24"/>
          <w:lang w:val="ru-RU"/>
        </w:rPr>
      </w:pPr>
    </w:p>
    <w:p w14:paraId="2B784CD7" w14:textId="77777777" w:rsidR="00BB4607" w:rsidRPr="00A13E11" w:rsidRDefault="00BB4607" w:rsidP="00BB4607">
      <w:pPr>
        <w:spacing w:after="0" w:line="312" w:lineRule="auto"/>
        <w:ind w:right="567"/>
        <w:jc w:val="right"/>
        <w:rPr>
          <w:rFonts w:ascii="Times New Roman" w:hAnsi="Times New Roman" w:cs="Times New Roman"/>
          <w:sz w:val="24"/>
          <w:szCs w:val="24"/>
          <w:lang w:val="ru-RU"/>
        </w:rPr>
      </w:pPr>
    </w:p>
    <w:p w14:paraId="4F4A1E3C" w14:textId="77777777" w:rsidR="00BB4607" w:rsidRPr="00A13E11" w:rsidRDefault="00BB4607" w:rsidP="00BB4607">
      <w:pPr>
        <w:spacing w:after="0" w:line="312" w:lineRule="auto"/>
        <w:ind w:right="567"/>
        <w:jc w:val="right"/>
        <w:rPr>
          <w:rFonts w:ascii="Times New Roman" w:hAnsi="Times New Roman" w:cs="Times New Roman"/>
          <w:sz w:val="24"/>
          <w:szCs w:val="24"/>
          <w:lang w:val="ru-RU"/>
        </w:rPr>
      </w:pPr>
    </w:p>
    <w:p w14:paraId="0B41C8CC" w14:textId="77777777" w:rsidR="00BB4607" w:rsidRPr="00A13E11" w:rsidRDefault="00BB4607" w:rsidP="00BB4607">
      <w:pPr>
        <w:spacing w:after="0" w:line="312" w:lineRule="auto"/>
        <w:ind w:right="567"/>
        <w:jc w:val="right"/>
        <w:rPr>
          <w:rFonts w:ascii="Times New Roman" w:hAnsi="Times New Roman" w:cs="Times New Roman"/>
          <w:sz w:val="24"/>
          <w:szCs w:val="24"/>
          <w:lang w:val="ru-RU"/>
        </w:rPr>
      </w:pPr>
    </w:p>
    <w:p w14:paraId="03E9165E" w14:textId="77777777" w:rsidR="00BB4607" w:rsidRPr="00A13E11" w:rsidRDefault="00BB4607" w:rsidP="00BB4607">
      <w:pPr>
        <w:spacing w:after="0" w:line="312" w:lineRule="auto"/>
        <w:ind w:right="567"/>
        <w:jc w:val="right"/>
        <w:rPr>
          <w:rFonts w:ascii="Times New Roman" w:hAnsi="Times New Roman" w:cs="Times New Roman"/>
          <w:sz w:val="24"/>
          <w:szCs w:val="24"/>
          <w:lang w:val="ru-RU"/>
        </w:rPr>
      </w:pPr>
    </w:p>
    <w:p w14:paraId="008E4470" w14:textId="77777777" w:rsidR="00BB4607" w:rsidRPr="00A13E11" w:rsidRDefault="00BB4607" w:rsidP="00BB4607">
      <w:pPr>
        <w:spacing w:after="0" w:line="312" w:lineRule="auto"/>
        <w:ind w:right="567"/>
        <w:jc w:val="right"/>
        <w:rPr>
          <w:rFonts w:ascii="Times New Roman" w:hAnsi="Times New Roman" w:cs="Times New Roman"/>
          <w:sz w:val="24"/>
          <w:szCs w:val="24"/>
          <w:lang w:val="ru-RU"/>
        </w:rPr>
      </w:pPr>
    </w:p>
    <w:p w14:paraId="0CE6B481" w14:textId="34E223C0" w:rsidR="00BB4607" w:rsidRPr="00A13E11" w:rsidRDefault="00BB4607" w:rsidP="00BB4607">
      <w:pPr>
        <w:spacing w:after="0" w:line="240" w:lineRule="auto"/>
        <w:rPr>
          <w:rFonts w:ascii="Times New Roman" w:hAnsi="Times New Roman" w:cs="Times New Roman"/>
          <w:sz w:val="24"/>
          <w:szCs w:val="24"/>
          <w:lang w:val="ru-RU"/>
        </w:rPr>
      </w:pPr>
      <w:r w:rsidRPr="00A13E11">
        <w:rPr>
          <w:rFonts w:ascii="Times New Roman" w:hAnsi="Times New Roman" w:cs="Times New Roman"/>
          <w:sz w:val="24"/>
          <w:szCs w:val="24"/>
          <w:lang w:val="ru-RU"/>
        </w:rPr>
        <w:br/>
      </w:r>
    </w:p>
    <w:p w14:paraId="6939A124" w14:textId="0515EE33" w:rsidR="00BB4607" w:rsidRPr="00A13E11" w:rsidRDefault="00BB4607" w:rsidP="002B2C7A">
      <w:pPr>
        <w:spacing w:after="0" w:line="240" w:lineRule="auto"/>
        <w:jc w:val="center"/>
        <w:rPr>
          <w:rFonts w:ascii="Times New Roman" w:hAnsi="Times New Roman" w:cs="Times New Roman"/>
          <w:sz w:val="24"/>
          <w:szCs w:val="24"/>
          <w:lang w:val="ru-RU"/>
        </w:rPr>
      </w:pPr>
      <w:r w:rsidRPr="00A13E11">
        <w:rPr>
          <w:rFonts w:ascii="Times New Roman" w:hAnsi="Times New Roman" w:cs="Times New Roman"/>
          <w:sz w:val="24"/>
          <w:szCs w:val="24"/>
          <w:lang w:val="ru-RU"/>
        </w:rPr>
        <w:t>Санкт-Петербург</w:t>
      </w:r>
      <w:r w:rsidRPr="00A13E11">
        <w:rPr>
          <w:rFonts w:ascii="Times New Roman" w:hAnsi="Times New Roman" w:cs="Times New Roman"/>
          <w:sz w:val="24"/>
          <w:szCs w:val="24"/>
          <w:lang w:val="ru-RU"/>
        </w:rPr>
        <w:br/>
        <w:t>2026</w:t>
      </w:r>
    </w:p>
    <w:p w14:paraId="3D12B299" w14:textId="77777777" w:rsidR="00A50339" w:rsidRPr="00A13E11" w:rsidRDefault="00A50339" w:rsidP="002B2C7A">
      <w:pPr>
        <w:spacing w:after="0" w:line="240" w:lineRule="auto"/>
        <w:jc w:val="center"/>
        <w:rPr>
          <w:rFonts w:ascii="Times New Roman" w:hAnsi="Times New Roman" w:cs="Times New Roman"/>
          <w:sz w:val="24"/>
          <w:szCs w:val="24"/>
          <w:lang w:val="ru-RU"/>
        </w:rPr>
      </w:pPr>
    </w:p>
    <w:p w14:paraId="125125E7" w14:textId="5CAD6738" w:rsidR="00317D1D" w:rsidRPr="00A13E11" w:rsidRDefault="002D01F9">
      <w:pPr>
        <w:spacing w:after="240" w:line="360" w:lineRule="auto"/>
        <w:jc w:val="center"/>
        <w:rPr>
          <w:sz w:val="24"/>
          <w:szCs w:val="24"/>
          <w:lang w:val="ru-RU"/>
        </w:rPr>
      </w:pPr>
      <w:r w:rsidRPr="00A13E11">
        <w:rPr>
          <w:rFonts w:ascii="Times New Roman" w:hAnsi="Times New Roman"/>
          <w:b/>
          <w:sz w:val="24"/>
          <w:szCs w:val="24"/>
          <w:lang w:val="ru-RU"/>
        </w:rPr>
        <w:lastRenderedPageBreak/>
        <w:t>Введение</w:t>
      </w:r>
    </w:p>
    <w:p w14:paraId="4E27D2E1" w14:textId="77777777" w:rsidR="00317D1D" w:rsidRPr="00A13E11" w:rsidRDefault="007454D9">
      <w:pPr>
        <w:spacing w:after="0" w:line="360" w:lineRule="auto"/>
        <w:ind w:firstLine="709"/>
        <w:jc w:val="both"/>
        <w:rPr>
          <w:lang w:val="ru-RU"/>
        </w:rPr>
      </w:pPr>
      <w:r w:rsidRPr="00A13E11">
        <w:rPr>
          <w:rFonts w:ascii="Times New Roman" w:hAnsi="Times New Roman"/>
          <w:sz w:val="24"/>
          <w:lang w:val="ru-RU"/>
        </w:rPr>
        <w:t>История каждой страны – это не просто набор дат и событий, а живое полотно, на котором переплетаются судьбы миллионов людей и семей.</w:t>
      </w:r>
    </w:p>
    <w:p w14:paraId="68D1DD69" w14:textId="77777777" w:rsidR="00317D1D" w:rsidRPr="00A13E11" w:rsidRDefault="007454D9">
      <w:pPr>
        <w:spacing w:after="0" w:line="360" w:lineRule="auto"/>
        <w:ind w:firstLine="709"/>
        <w:jc w:val="both"/>
        <w:rPr>
          <w:lang w:val="ru-RU"/>
        </w:rPr>
      </w:pPr>
      <w:r w:rsidRPr="00A13E11">
        <w:rPr>
          <w:rFonts w:ascii="Times New Roman" w:hAnsi="Times New Roman"/>
          <w:sz w:val="24"/>
          <w:lang w:val="ru-RU"/>
        </w:rPr>
        <w:t>Моя семья, как и большинство других, является частью великой истории.</w:t>
      </w:r>
    </w:p>
    <w:p w14:paraId="5627FB3B" w14:textId="27BF7937" w:rsidR="00317D1D" w:rsidRPr="00A13E11" w:rsidRDefault="007454D9">
      <w:pPr>
        <w:spacing w:after="0" w:line="360" w:lineRule="auto"/>
        <w:ind w:firstLine="709"/>
        <w:jc w:val="both"/>
        <w:rPr>
          <w:lang w:val="ru-RU"/>
        </w:rPr>
      </w:pPr>
      <w:r w:rsidRPr="00A13E11">
        <w:rPr>
          <w:rFonts w:ascii="Times New Roman" w:hAnsi="Times New Roman"/>
          <w:sz w:val="24"/>
          <w:lang w:val="ru-RU"/>
        </w:rPr>
        <w:t xml:space="preserve">В этом сочинении я хочу поделиться, как исторические события в моей стране повлияли на жизнь моих предков и как судьбы моих далеких родных перекликались с </w:t>
      </w:r>
      <w:r w:rsidR="001D7D37" w:rsidRPr="00A13E11">
        <w:rPr>
          <w:rFonts w:ascii="Times New Roman" w:hAnsi="Times New Roman"/>
          <w:sz w:val="24"/>
          <w:lang w:val="ru-RU"/>
        </w:rPr>
        <w:t xml:space="preserve">летописью </w:t>
      </w:r>
      <w:r w:rsidRPr="00A13E11">
        <w:rPr>
          <w:rFonts w:ascii="Times New Roman" w:hAnsi="Times New Roman"/>
          <w:sz w:val="24"/>
          <w:lang w:val="ru-RU"/>
        </w:rPr>
        <w:t>великой России.</w:t>
      </w:r>
    </w:p>
    <w:p w14:paraId="56DDEA76" w14:textId="77777777" w:rsidR="00317D1D" w:rsidRPr="00A13E11" w:rsidRDefault="007454D9">
      <w:pPr>
        <w:spacing w:before="240" w:after="120" w:line="360" w:lineRule="auto"/>
        <w:jc w:val="center"/>
        <w:rPr>
          <w:lang w:val="ru-RU"/>
        </w:rPr>
      </w:pPr>
      <w:r w:rsidRPr="00A13E11">
        <w:rPr>
          <w:rFonts w:ascii="Times New Roman" w:hAnsi="Times New Roman"/>
          <w:b/>
          <w:sz w:val="24"/>
          <w:lang w:val="ru-RU"/>
        </w:rPr>
        <w:t>Корни моей семьи</w:t>
      </w:r>
    </w:p>
    <w:p w14:paraId="1A789D84" w14:textId="2953F397" w:rsidR="00317D1D" w:rsidRPr="00A13E11" w:rsidRDefault="007454D9" w:rsidP="006B4B84">
      <w:pPr>
        <w:spacing w:after="120" w:line="360" w:lineRule="auto"/>
        <w:ind w:firstLine="720"/>
        <w:jc w:val="both"/>
        <w:rPr>
          <w:rFonts w:ascii="Times New Roman" w:hAnsi="Times New Roman"/>
          <w:sz w:val="28"/>
          <w:lang w:val="ru-RU"/>
        </w:rPr>
      </w:pPr>
      <w:r w:rsidRPr="00A13E11">
        <w:rPr>
          <w:rFonts w:ascii="Times New Roman" w:hAnsi="Times New Roman" w:cs="Times New Roman"/>
          <w:sz w:val="24"/>
          <w:szCs w:val="24"/>
          <w:lang w:val="ru-RU"/>
        </w:rPr>
        <w:t xml:space="preserve">Я петербуржец в седьмом поколении. В </w:t>
      </w:r>
      <w:r w:rsidR="006B4B84" w:rsidRPr="00A13E11">
        <w:rPr>
          <w:rFonts w:ascii="Times New Roman" w:hAnsi="Times New Roman" w:cs="Times New Roman"/>
          <w:sz w:val="24"/>
          <w:szCs w:val="24"/>
          <w:lang w:val="ru-RU"/>
        </w:rPr>
        <w:t>самом начале</w:t>
      </w:r>
      <w:r w:rsidRPr="00A13E11">
        <w:rPr>
          <w:rFonts w:ascii="Times New Roman" w:hAnsi="Times New Roman" w:cs="Times New Roman"/>
          <w:sz w:val="24"/>
          <w:szCs w:val="24"/>
          <w:lang w:val="ru-RU"/>
        </w:rPr>
        <w:t xml:space="preserve"> </w:t>
      </w:r>
      <w:r w:rsidR="006520D2" w:rsidRPr="00A13E11">
        <w:rPr>
          <w:rFonts w:ascii="Times New Roman" w:hAnsi="Times New Roman" w:cs="Times New Roman"/>
          <w:sz w:val="24"/>
          <w:szCs w:val="24"/>
        </w:rPr>
        <w:t>XI</w:t>
      </w:r>
      <w:r w:rsidR="006B4B84" w:rsidRPr="00A13E11">
        <w:rPr>
          <w:rFonts w:ascii="Times New Roman" w:hAnsi="Times New Roman" w:cs="Times New Roman"/>
          <w:sz w:val="24"/>
          <w:szCs w:val="24"/>
        </w:rPr>
        <w:t>X</w:t>
      </w:r>
      <w:r w:rsidRPr="00A13E11">
        <w:rPr>
          <w:rFonts w:ascii="Times New Roman" w:hAnsi="Times New Roman" w:cs="Times New Roman"/>
          <w:sz w:val="24"/>
          <w:szCs w:val="24"/>
          <w:lang w:val="ru-RU"/>
        </w:rPr>
        <w:t xml:space="preserve"> век</w:t>
      </w:r>
      <w:r w:rsidR="006B4B84" w:rsidRPr="00A13E11">
        <w:rPr>
          <w:rFonts w:ascii="Times New Roman" w:hAnsi="Times New Roman" w:cs="Times New Roman"/>
          <w:sz w:val="24"/>
          <w:szCs w:val="24"/>
          <w:lang w:val="ru-RU"/>
        </w:rPr>
        <w:t>а с</w:t>
      </w:r>
      <w:r w:rsidRPr="00A13E11">
        <w:rPr>
          <w:rFonts w:ascii="Times New Roman" w:hAnsi="Times New Roman" w:cs="Times New Roman"/>
          <w:sz w:val="24"/>
          <w:szCs w:val="24"/>
          <w:lang w:val="ru-RU"/>
        </w:rPr>
        <w:t xml:space="preserve"> </w:t>
      </w:r>
      <w:proofErr w:type="spellStart"/>
      <w:r w:rsidRPr="00A13E11">
        <w:rPr>
          <w:rFonts w:ascii="Times New Roman" w:hAnsi="Times New Roman" w:cs="Times New Roman"/>
          <w:sz w:val="24"/>
          <w:szCs w:val="24"/>
          <w:lang w:val="ru-RU"/>
        </w:rPr>
        <w:t>эстляндского</w:t>
      </w:r>
      <w:proofErr w:type="spellEnd"/>
      <w:r w:rsidRPr="00A13E11">
        <w:rPr>
          <w:rFonts w:ascii="Times New Roman" w:hAnsi="Times New Roman" w:cs="Times New Roman"/>
          <w:sz w:val="24"/>
          <w:szCs w:val="24"/>
          <w:lang w:val="ru-RU"/>
        </w:rPr>
        <w:t xml:space="preserve"> хутора </w:t>
      </w:r>
      <w:r w:rsidR="001D2E60" w:rsidRPr="00A13E11">
        <w:rPr>
          <w:rFonts w:ascii="Times New Roman" w:hAnsi="Times New Roman" w:cs="Times New Roman"/>
          <w:sz w:val="24"/>
          <w:szCs w:val="24"/>
          <w:lang w:val="ru-RU"/>
        </w:rPr>
        <w:t xml:space="preserve">в столицу </w:t>
      </w:r>
      <w:r w:rsidRPr="00A13E11">
        <w:rPr>
          <w:rFonts w:ascii="Times New Roman" w:hAnsi="Times New Roman" w:cs="Times New Roman"/>
          <w:sz w:val="24"/>
          <w:szCs w:val="24"/>
          <w:lang w:val="ru-RU"/>
        </w:rPr>
        <w:t xml:space="preserve">приехал молодой </w:t>
      </w:r>
      <w:r w:rsidR="001D2E60" w:rsidRPr="00A13E11">
        <w:rPr>
          <w:rFonts w:ascii="Times New Roman" w:hAnsi="Times New Roman" w:cs="Times New Roman"/>
          <w:sz w:val="24"/>
          <w:szCs w:val="24"/>
          <w:lang w:val="ru-RU"/>
        </w:rPr>
        <w:t>парень.</w:t>
      </w:r>
      <w:r w:rsidRPr="00A13E11">
        <w:rPr>
          <w:rFonts w:ascii="Times New Roman" w:hAnsi="Times New Roman" w:cs="Times New Roman"/>
          <w:sz w:val="24"/>
          <w:szCs w:val="24"/>
          <w:lang w:val="ru-RU"/>
        </w:rPr>
        <w:t xml:space="preserve"> </w:t>
      </w:r>
      <w:r w:rsidR="006B4B84" w:rsidRPr="00A13E11">
        <w:rPr>
          <w:rFonts w:ascii="Times New Roman" w:hAnsi="Times New Roman" w:cs="Times New Roman"/>
          <w:sz w:val="24"/>
          <w:szCs w:val="24"/>
          <w:lang w:val="ru-RU"/>
        </w:rPr>
        <w:t>Он был из семьи вольных людей, которые смогли выкупить свободу у немецкого барона, и теперь он сам записался на военную службу</w:t>
      </w:r>
      <w:r w:rsidRPr="00A13E11">
        <w:rPr>
          <w:rFonts w:ascii="Times New Roman" w:hAnsi="Times New Roman" w:cs="Times New Roman"/>
          <w:sz w:val="24"/>
          <w:szCs w:val="24"/>
          <w:lang w:val="ru-RU"/>
        </w:rPr>
        <w:t>. Осваивать азы военного искусства ему пришлось в нелегкое время. Шел 1812 год. Ему пришлось в неравных боях биться с сильн</w:t>
      </w:r>
      <w:r w:rsidR="001D2E60" w:rsidRPr="00A13E11">
        <w:rPr>
          <w:rFonts w:ascii="Times New Roman" w:hAnsi="Times New Roman" w:cs="Times New Roman"/>
          <w:sz w:val="24"/>
          <w:szCs w:val="24"/>
          <w:lang w:val="ru-RU"/>
        </w:rPr>
        <w:t>ой армией</w:t>
      </w:r>
      <w:r w:rsidRPr="00A13E11">
        <w:rPr>
          <w:rFonts w:ascii="Times New Roman" w:hAnsi="Times New Roman" w:cs="Times New Roman"/>
          <w:sz w:val="24"/>
          <w:szCs w:val="24"/>
          <w:lang w:val="ru-RU"/>
        </w:rPr>
        <w:t xml:space="preserve"> Наполеон</w:t>
      </w:r>
      <w:r w:rsidR="001D2E60" w:rsidRPr="00A13E11">
        <w:rPr>
          <w:rFonts w:ascii="Times New Roman" w:hAnsi="Times New Roman" w:cs="Times New Roman"/>
          <w:sz w:val="24"/>
          <w:szCs w:val="24"/>
          <w:lang w:val="ru-RU"/>
        </w:rPr>
        <w:t>а</w:t>
      </w:r>
      <w:r w:rsidRPr="00A13E11">
        <w:rPr>
          <w:rFonts w:ascii="Times New Roman" w:hAnsi="Times New Roman" w:cs="Times New Roman"/>
          <w:sz w:val="24"/>
          <w:szCs w:val="24"/>
          <w:lang w:val="ru-RU"/>
        </w:rPr>
        <w:t>. Молодой воин был удачлив и смел. Его беспримерное мужество давало силы</w:t>
      </w:r>
      <w:r w:rsidR="001D2E60" w:rsidRPr="00A13E11">
        <w:rPr>
          <w:rFonts w:ascii="Times New Roman" w:hAnsi="Times New Roman" w:cs="Times New Roman"/>
          <w:sz w:val="24"/>
          <w:szCs w:val="24"/>
          <w:lang w:val="ru-RU"/>
        </w:rPr>
        <w:t xml:space="preserve"> товарищам в бою, а сам</w:t>
      </w:r>
      <w:r w:rsidRPr="00A13E11">
        <w:rPr>
          <w:rFonts w:ascii="Times New Roman" w:hAnsi="Times New Roman" w:cs="Times New Roman"/>
          <w:sz w:val="24"/>
          <w:szCs w:val="24"/>
          <w:lang w:val="ru-RU"/>
        </w:rPr>
        <w:t xml:space="preserve"> героизм был отмечен </w:t>
      </w:r>
      <w:r w:rsidR="006B4B84" w:rsidRPr="00A13E11">
        <w:rPr>
          <w:rFonts w:ascii="Times New Roman" w:hAnsi="Times New Roman" w:cs="Times New Roman"/>
          <w:sz w:val="24"/>
          <w:szCs w:val="24"/>
          <w:lang w:val="ru-RU"/>
        </w:rPr>
        <w:t>высш</w:t>
      </w:r>
      <w:r w:rsidR="001D2E60" w:rsidRPr="00A13E11">
        <w:rPr>
          <w:rFonts w:ascii="Times New Roman" w:hAnsi="Times New Roman" w:cs="Times New Roman"/>
          <w:sz w:val="24"/>
          <w:szCs w:val="24"/>
          <w:lang w:val="ru-RU"/>
        </w:rPr>
        <w:t>ей</w:t>
      </w:r>
      <w:r w:rsidR="006B4B84" w:rsidRPr="00A13E11">
        <w:rPr>
          <w:rFonts w:ascii="Times New Roman" w:hAnsi="Times New Roman" w:cs="Times New Roman"/>
          <w:sz w:val="24"/>
          <w:szCs w:val="24"/>
          <w:lang w:val="ru-RU"/>
        </w:rPr>
        <w:t xml:space="preserve"> наград</w:t>
      </w:r>
      <w:r w:rsidR="001D2E60" w:rsidRPr="00A13E11">
        <w:rPr>
          <w:rFonts w:ascii="Times New Roman" w:hAnsi="Times New Roman" w:cs="Times New Roman"/>
          <w:sz w:val="24"/>
          <w:szCs w:val="24"/>
          <w:lang w:val="ru-RU"/>
        </w:rPr>
        <w:t>ой</w:t>
      </w:r>
      <w:r w:rsidR="006B4B84" w:rsidRPr="00A13E11">
        <w:rPr>
          <w:rFonts w:ascii="Times New Roman" w:hAnsi="Times New Roman" w:cs="Times New Roman"/>
          <w:sz w:val="24"/>
          <w:szCs w:val="24"/>
          <w:lang w:val="ru-RU"/>
        </w:rPr>
        <w:t xml:space="preserve"> для нижних чинов Российской империи</w:t>
      </w:r>
      <w:r w:rsidR="00534671" w:rsidRPr="00A13E11">
        <w:rPr>
          <w:rFonts w:ascii="Times New Roman" w:hAnsi="Times New Roman" w:cs="Times New Roman"/>
          <w:sz w:val="24"/>
          <w:szCs w:val="24"/>
          <w:lang w:val="ru-RU"/>
        </w:rPr>
        <w:t>:</w:t>
      </w:r>
      <w:r w:rsidR="006B4B84" w:rsidRPr="00A13E11">
        <w:rPr>
          <w:rFonts w:ascii="Times New Roman" w:hAnsi="Times New Roman" w:cs="Times New Roman"/>
          <w:sz w:val="24"/>
          <w:szCs w:val="24"/>
          <w:lang w:val="ru-RU"/>
        </w:rPr>
        <w:t xml:space="preserve"> он заслужил Знак отличия Военного ордена</w:t>
      </w:r>
      <w:r w:rsidR="001D2E60" w:rsidRPr="00A13E11">
        <w:rPr>
          <w:rFonts w:ascii="Times New Roman" w:hAnsi="Times New Roman" w:cs="Times New Roman"/>
          <w:sz w:val="24"/>
          <w:szCs w:val="24"/>
          <w:lang w:val="ru-RU"/>
        </w:rPr>
        <w:t xml:space="preserve"> (св. Георгия)</w:t>
      </w:r>
      <w:r w:rsidR="006B4B84" w:rsidRPr="00A13E11">
        <w:rPr>
          <w:rFonts w:ascii="Times New Roman" w:hAnsi="Times New Roman"/>
          <w:sz w:val="28"/>
          <w:lang w:val="ru-RU"/>
        </w:rPr>
        <w:t>.</w:t>
      </w:r>
    </w:p>
    <w:p w14:paraId="203F92F8" w14:textId="5A0E3449" w:rsidR="00317D1D" w:rsidRPr="00A13E11" w:rsidRDefault="007454D9">
      <w:pPr>
        <w:spacing w:after="0" w:line="360" w:lineRule="auto"/>
        <w:ind w:firstLine="709"/>
        <w:jc w:val="both"/>
        <w:rPr>
          <w:lang w:val="ru-RU"/>
        </w:rPr>
      </w:pPr>
      <w:r w:rsidRPr="00A13E11">
        <w:rPr>
          <w:rFonts w:ascii="Times New Roman" w:hAnsi="Times New Roman"/>
          <w:sz w:val="24"/>
          <w:lang w:val="ru-RU"/>
        </w:rPr>
        <w:t>Но суровой зимой, преследуя отступающие разгромленные французские войска, он отморозил ноги</w:t>
      </w:r>
      <w:r w:rsidR="001D2E60" w:rsidRPr="00A13E11">
        <w:rPr>
          <w:rFonts w:ascii="Times New Roman" w:hAnsi="Times New Roman"/>
          <w:sz w:val="24"/>
          <w:lang w:val="ru-RU"/>
        </w:rPr>
        <w:t xml:space="preserve">. Его </w:t>
      </w:r>
      <w:r w:rsidRPr="00A13E11">
        <w:rPr>
          <w:rFonts w:ascii="Times New Roman" w:hAnsi="Times New Roman"/>
          <w:sz w:val="24"/>
          <w:lang w:val="ru-RU"/>
        </w:rPr>
        <w:t>отправ</w:t>
      </w:r>
      <w:r w:rsidR="001D2E60" w:rsidRPr="00A13E11">
        <w:rPr>
          <w:rFonts w:ascii="Times New Roman" w:hAnsi="Times New Roman"/>
          <w:sz w:val="24"/>
          <w:lang w:val="ru-RU"/>
        </w:rPr>
        <w:t>или в отставку</w:t>
      </w:r>
      <w:r w:rsidRPr="00A13E11">
        <w:rPr>
          <w:rFonts w:ascii="Times New Roman" w:hAnsi="Times New Roman"/>
          <w:sz w:val="24"/>
          <w:lang w:val="ru-RU"/>
        </w:rPr>
        <w:t xml:space="preserve"> </w:t>
      </w:r>
      <w:r w:rsidR="001D2E60" w:rsidRPr="00A13E11">
        <w:rPr>
          <w:rFonts w:ascii="Times New Roman" w:hAnsi="Times New Roman"/>
          <w:sz w:val="24"/>
          <w:lang w:val="ru-RU"/>
        </w:rPr>
        <w:t xml:space="preserve">с назначением полного </w:t>
      </w:r>
      <w:r w:rsidRPr="00A13E11">
        <w:rPr>
          <w:rFonts w:ascii="Times New Roman" w:hAnsi="Times New Roman"/>
          <w:sz w:val="24"/>
          <w:lang w:val="ru-RU"/>
        </w:rPr>
        <w:t>пожизненн</w:t>
      </w:r>
      <w:r w:rsidR="001D2E60" w:rsidRPr="00A13E11">
        <w:rPr>
          <w:rFonts w:ascii="Times New Roman" w:hAnsi="Times New Roman"/>
          <w:sz w:val="24"/>
          <w:lang w:val="ru-RU"/>
        </w:rPr>
        <w:t>ого</w:t>
      </w:r>
      <w:r w:rsidRPr="00A13E11">
        <w:rPr>
          <w:rFonts w:ascii="Times New Roman" w:hAnsi="Times New Roman"/>
          <w:sz w:val="24"/>
          <w:lang w:val="ru-RU"/>
        </w:rPr>
        <w:t xml:space="preserve"> оклад</w:t>
      </w:r>
      <w:r w:rsidR="001D2E60" w:rsidRPr="00A13E11">
        <w:rPr>
          <w:rFonts w:ascii="Times New Roman" w:hAnsi="Times New Roman"/>
          <w:sz w:val="24"/>
          <w:lang w:val="ru-RU"/>
        </w:rPr>
        <w:t>а</w:t>
      </w:r>
      <w:r w:rsidRPr="00A13E11">
        <w:rPr>
          <w:rFonts w:ascii="Times New Roman" w:hAnsi="Times New Roman"/>
          <w:sz w:val="24"/>
          <w:lang w:val="ru-RU"/>
        </w:rPr>
        <w:t>. До конца жизни</w:t>
      </w:r>
      <w:r w:rsidR="001D2E60" w:rsidRPr="00A13E11">
        <w:rPr>
          <w:rFonts w:ascii="Times New Roman" w:hAnsi="Times New Roman"/>
          <w:sz w:val="24"/>
          <w:lang w:val="ru-RU"/>
        </w:rPr>
        <w:t xml:space="preserve"> он</w:t>
      </w:r>
      <w:r w:rsidRPr="00A13E11">
        <w:rPr>
          <w:rFonts w:ascii="Times New Roman" w:hAnsi="Times New Roman"/>
          <w:sz w:val="24"/>
          <w:lang w:val="ru-RU"/>
        </w:rPr>
        <w:t xml:space="preserve"> ходил с палочкой. </w:t>
      </w:r>
      <w:r w:rsidR="001D2E60" w:rsidRPr="00A13E11">
        <w:rPr>
          <w:rFonts w:ascii="Times New Roman" w:hAnsi="Times New Roman"/>
          <w:sz w:val="24"/>
          <w:lang w:val="ru-RU"/>
        </w:rPr>
        <w:t>Однако за боевые заслуги отца е</w:t>
      </w:r>
      <w:r w:rsidRPr="00A13E11">
        <w:rPr>
          <w:rFonts w:ascii="Times New Roman" w:hAnsi="Times New Roman"/>
          <w:sz w:val="24"/>
          <w:lang w:val="ru-RU"/>
        </w:rPr>
        <w:t>го сын</w:t>
      </w:r>
      <w:r w:rsidR="001D2E60" w:rsidRPr="00A13E11">
        <w:rPr>
          <w:rFonts w:ascii="Times New Roman" w:hAnsi="Times New Roman"/>
          <w:sz w:val="24"/>
          <w:lang w:val="ru-RU"/>
        </w:rPr>
        <w:t xml:space="preserve"> получил право поступить в Горный кадетский корпус</w:t>
      </w:r>
      <w:r w:rsidRPr="00A13E11">
        <w:rPr>
          <w:rFonts w:ascii="Times New Roman" w:hAnsi="Times New Roman"/>
          <w:sz w:val="24"/>
          <w:lang w:val="ru-RU"/>
        </w:rPr>
        <w:t xml:space="preserve">. Такие </w:t>
      </w:r>
      <w:r w:rsidR="001D2E60" w:rsidRPr="00A13E11">
        <w:rPr>
          <w:rFonts w:ascii="Times New Roman" w:hAnsi="Times New Roman"/>
          <w:sz w:val="24"/>
          <w:lang w:val="ru-RU"/>
        </w:rPr>
        <w:t xml:space="preserve">исключительные </w:t>
      </w:r>
      <w:r w:rsidRPr="00A13E11">
        <w:rPr>
          <w:rFonts w:ascii="Times New Roman" w:hAnsi="Times New Roman"/>
          <w:sz w:val="24"/>
          <w:lang w:val="ru-RU"/>
        </w:rPr>
        <w:t>привилегии давала безупречная служба Отечеству.</w:t>
      </w:r>
    </w:p>
    <w:p w14:paraId="41F5E88B" w14:textId="7A70DDB6" w:rsidR="00317D1D" w:rsidRPr="00A13E11" w:rsidRDefault="007454D9">
      <w:pPr>
        <w:spacing w:after="0" w:line="360" w:lineRule="auto"/>
        <w:ind w:firstLine="709"/>
        <w:jc w:val="both"/>
        <w:rPr>
          <w:lang w:val="ru-RU"/>
        </w:rPr>
      </w:pPr>
      <w:r w:rsidRPr="00A13E11">
        <w:rPr>
          <w:rFonts w:ascii="Times New Roman" w:hAnsi="Times New Roman"/>
          <w:sz w:val="24"/>
          <w:lang w:val="ru-RU"/>
        </w:rPr>
        <w:t xml:space="preserve">На долю моей семьи выпали все тяжелые времена, </w:t>
      </w:r>
      <w:r w:rsidR="001D2E60" w:rsidRPr="00A13E11">
        <w:rPr>
          <w:rFonts w:ascii="Times New Roman" w:hAnsi="Times New Roman"/>
          <w:sz w:val="24"/>
          <w:lang w:val="ru-RU"/>
        </w:rPr>
        <w:t>через которые прошел</w:t>
      </w:r>
      <w:r w:rsidRPr="00A13E11">
        <w:rPr>
          <w:rFonts w:ascii="Times New Roman" w:hAnsi="Times New Roman"/>
          <w:sz w:val="24"/>
          <w:lang w:val="ru-RU"/>
        </w:rPr>
        <w:t xml:space="preserve"> Петербург-Петроград-Ленинград. Войны, </w:t>
      </w:r>
      <w:r w:rsidR="00DE5E26" w:rsidRPr="00A13E11">
        <w:rPr>
          <w:rFonts w:ascii="Times New Roman" w:hAnsi="Times New Roman"/>
          <w:sz w:val="24"/>
          <w:lang w:val="ru-RU"/>
        </w:rPr>
        <w:t>экономические кризисы</w:t>
      </w:r>
      <w:r w:rsidRPr="00A13E11">
        <w:rPr>
          <w:rFonts w:ascii="Times New Roman" w:hAnsi="Times New Roman"/>
          <w:sz w:val="24"/>
          <w:lang w:val="ru-RU"/>
        </w:rPr>
        <w:t>, революции, голод</w:t>
      </w:r>
      <w:r w:rsidR="0004574A" w:rsidRPr="00A13E11">
        <w:rPr>
          <w:rFonts w:ascii="Times New Roman" w:hAnsi="Times New Roman"/>
          <w:sz w:val="24"/>
          <w:lang w:val="ru-RU"/>
        </w:rPr>
        <w:t xml:space="preserve"> и</w:t>
      </w:r>
      <w:r w:rsidRPr="00A13E11">
        <w:rPr>
          <w:rFonts w:ascii="Times New Roman" w:hAnsi="Times New Roman"/>
          <w:sz w:val="24"/>
          <w:lang w:val="ru-RU"/>
        </w:rPr>
        <w:t xml:space="preserve"> тиф не обходили стороной наш город, остави</w:t>
      </w:r>
      <w:r w:rsidR="0004574A" w:rsidRPr="00A13E11">
        <w:rPr>
          <w:rFonts w:ascii="Times New Roman" w:hAnsi="Times New Roman"/>
          <w:sz w:val="24"/>
          <w:lang w:val="ru-RU"/>
        </w:rPr>
        <w:t>в</w:t>
      </w:r>
      <w:r w:rsidRPr="00A13E11">
        <w:rPr>
          <w:rFonts w:ascii="Times New Roman" w:hAnsi="Times New Roman"/>
          <w:sz w:val="24"/>
          <w:lang w:val="ru-RU"/>
        </w:rPr>
        <w:t xml:space="preserve"> глубокий след </w:t>
      </w:r>
      <w:r w:rsidR="0004574A" w:rsidRPr="00A13E11">
        <w:rPr>
          <w:rFonts w:ascii="Times New Roman" w:hAnsi="Times New Roman"/>
          <w:sz w:val="24"/>
          <w:lang w:val="ru-RU"/>
        </w:rPr>
        <w:t>в истории моего рода</w:t>
      </w:r>
      <w:r w:rsidRPr="00A13E11">
        <w:rPr>
          <w:rFonts w:ascii="Times New Roman" w:hAnsi="Times New Roman"/>
          <w:sz w:val="24"/>
          <w:lang w:val="ru-RU"/>
        </w:rPr>
        <w:t xml:space="preserve">. </w:t>
      </w:r>
    </w:p>
    <w:p w14:paraId="36D2F09D" w14:textId="60573649" w:rsidR="00F52A46" w:rsidRPr="00A13E11" w:rsidRDefault="007454D9">
      <w:pPr>
        <w:spacing w:after="0" w:line="360" w:lineRule="auto"/>
        <w:ind w:firstLine="709"/>
        <w:jc w:val="both"/>
        <w:rPr>
          <w:rFonts w:ascii="Times New Roman" w:hAnsi="Times New Roman" w:cs="Times New Roman"/>
          <w:sz w:val="24"/>
          <w:szCs w:val="24"/>
          <w:lang w:val="ru-RU"/>
        </w:rPr>
      </w:pPr>
      <w:r w:rsidRPr="00A13E11">
        <w:rPr>
          <w:rFonts w:ascii="Times New Roman" w:hAnsi="Times New Roman"/>
          <w:sz w:val="24"/>
          <w:lang w:val="ru-RU"/>
        </w:rPr>
        <w:t xml:space="preserve">Моя </w:t>
      </w:r>
      <w:r w:rsidR="00F52A46" w:rsidRPr="00A13E11">
        <w:rPr>
          <w:rFonts w:ascii="Times New Roman" w:hAnsi="Times New Roman"/>
          <w:sz w:val="24"/>
          <w:lang w:val="ru-RU"/>
        </w:rPr>
        <w:t>пра</w:t>
      </w:r>
      <w:r w:rsidRPr="00A13E11">
        <w:rPr>
          <w:rFonts w:ascii="Times New Roman" w:hAnsi="Times New Roman"/>
          <w:sz w:val="24"/>
          <w:lang w:val="ru-RU"/>
        </w:rPr>
        <w:t xml:space="preserve">прабабушка, рожденная в 1904 году, осталась сиротой в 15 лет в революционном Петрограде. От пневмонии умерла ее мама, а </w:t>
      </w:r>
      <w:r w:rsidR="00F52A46" w:rsidRPr="00A13E11">
        <w:rPr>
          <w:rFonts w:ascii="Times New Roman" w:hAnsi="Times New Roman"/>
          <w:sz w:val="24"/>
          <w:lang w:val="ru-RU"/>
        </w:rPr>
        <w:t xml:space="preserve">потом </w:t>
      </w:r>
      <w:r w:rsidRPr="00A13E11">
        <w:rPr>
          <w:rFonts w:ascii="Times New Roman" w:hAnsi="Times New Roman"/>
          <w:sz w:val="24"/>
          <w:lang w:val="ru-RU"/>
        </w:rPr>
        <w:t xml:space="preserve">от тифа </w:t>
      </w:r>
      <w:r w:rsidR="00111BB7" w:rsidRPr="00A13E11">
        <w:rPr>
          <w:lang w:val="ru-RU"/>
        </w:rPr>
        <w:t>—</w:t>
      </w:r>
      <w:r w:rsidR="00F52A46" w:rsidRPr="00A13E11">
        <w:rPr>
          <w:rFonts w:ascii="Times New Roman" w:hAnsi="Times New Roman"/>
          <w:sz w:val="24"/>
          <w:lang w:val="ru-RU"/>
        </w:rPr>
        <w:t xml:space="preserve"> </w:t>
      </w:r>
      <w:r w:rsidRPr="00A13E11">
        <w:rPr>
          <w:rFonts w:ascii="Times New Roman" w:hAnsi="Times New Roman"/>
          <w:sz w:val="24"/>
          <w:lang w:val="ru-RU"/>
        </w:rPr>
        <w:t>отец</w:t>
      </w:r>
      <w:r w:rsidR="00F52A46" w:rsidRPr="00A13E11">
        <w:rPr>
          <w:rFonts w:ascii="Times New Roman" w:hAnsi="Times New Roman"/>
          <w:sz w:val="24"/>
          <w:lang w:val="ru-RU"/>
        </w:rPr>
        <w:t xml:space="preserve"> и мачеха</w:t>
      </w:r>
      <w:r w:rsidRPr="00A13E11">
        <w:rPr>
          <w:rFonts w:ascii="Times New Roman" w:hAnsi="Times New Roman"/>
          <w:sz w:val="24"/>
          <w:lang w:val="ru-RU"/>
        </w:rPr>
        <w:t xml:space="preserve">. Прапрабабушка пошла работать, чтобы выжить. </w:t>
      </w:r>
      <w:r w:rsidR="00F52A46" w:rsidRPr="00A13E11">
        <w:rPr>
          <w:rFonts w:ascii="Times New Roman" w:hAnsi="Times New Roman" w:cs="Times New Roman"/>
          <w:sz w:val="24"/>
          <w:szCs w:val="24"/>
          <w:lang w:val="ru-RU"/>
        </w:rPr>
        <w:t>Время было страшное: в стране бушевала Гражданская война, а сам Петроград находился на осадном положении.</w:t>
      </w:r>
    </w:p>
    <w:p w14:paraId="655F8915" w14:textId="394573D6" w:rsidR="00317D1D" w:rsidRPr="00A13E11" w:rsidRDefault="00EB336F">
      <w:pPr>
        <w:spacing w:after="0" w:line="360" w:lineRule="auto"/>
        <w:ind w:firstLine="709"/>
        <w:jc w:val="both"/>
        <w:rPr>
          <w:rFonts w:ascii="Times New Roman" w:hAnsi="Times New Roman" w:cs="Times New Roman"/>
          <w:sz w:val="24"/>
          <w:szCs w:val="24"/>
          <w:lang w:val="ru-RU"/>
        </w:rPr>
      </w:pPr>
      <w:r w:rsidRPr="00A13E11">
        <w:rPr>
          <w:rFonts w:ascii="Times New Roman" w:hAnsi="Times New Roman" w:cs="Times New Roman"/>
          <w:sz w:val="24"/>
          <w:szCs w:val="24"/>
          <w:lang w:val="ru-RU"/>
        </w:rPr>
        <w:t>Именно в это переломное время на ее глазах рождалось молодое советское государство. Прапрабабушка была обычным человеком, но честным, трудолюбивым и смелым.</w:t>
      </w:r>
    </w:p>
    <w:p w14:paraId="43B50C4A" w14:textId="77777777" w:rsidR="00284A1B" w:rsidRPr="00A13E11" w:rsidRDefault="00284A1B">
      <w:pPr>
        <w:spacing w:after="0" w:line="360" w:lineRule="auto"/>
        <w:ind w:firstLine="709"/>
        <w:jc w:val="both"/>
        <w:rPr>
          <w:rFonts w:ascii="Times New Roman" w:hAnsi="Times New Roman" w:cs="Times New Roman"/>
          <w:sz w:val="24"/>
          <w:szCs w:val="24"/>
          <w:lang w:val="ru-RU"/>
        </w:rPr>
      </w:pPr>
    </w:p>
    <w:p w14:paraId="4968B0C4" w14:textId="77777777" w:rsidR="00284A1B" w:rsidRPr="00A13E11" w:rsidRDefault="00284A1B">
      <w:pPr>
        <w:spacing w:after="0" w:line="360" w:lineRule="auto"/>
        <w:ind w:firstLine="709"/>
        <w:jc w:val="both"/>
        <w:rPr>
          <w:rFonts w:ascii="Times New Roman" w:hAnsi="Times New Roman" w:cs="Times New Roman"/>
          <w:sz w:val="24"/>
          <w:szCs w:val="24"/>
          <w:lang w:val="ru-RU"/>
        </w:rPr>
      </w:pPr>
    </w:p>
    <w:p w14:paraId="78CCD5E2" w14:textId="77777777" w:rsidR="00284A1B" w:rsidRPr="00A13E11" w:rsidRDefault="00284A1B">
      <w:pPr>
        <w:spacing w:after="0" w:line="360" w:lineRule="auto"/>
        <w:ind w:firstLine="709"/>
        <w:jc w:val="both"/>
        <w:rPr>
          <w:rFonts w:ascii="Times New Roman" w:hAnsi="Times New Roman" w:cs="Times New Roman"/>
          <w:sz w:val="24"/>
          <w:szCs w:val="24"/>
          <w:lang w:val="ru-RU"/>
        </w:rPr>
      </w:pPr>
    </w:p>
    <w:p w14:paraId="1D1AE417" w14:textId="77777777" w:rsidR="00317D1D" w:rsidRPr="00A13E11" w:rsidRDefault="007454D9">
      <w:pPr>
        <w:spacing w:before="240" w:after="120" w:line="360" w:lineRule="auto"/>
        <w:jc w:val="center"/>
        <w:rPr>
          <w:lang w:val="ru-RU"/>
        </w:rPr>
      </w:pPr>
      <w:r w:rsidRPr="00A13E11">
        <w:rPr>
          <w:rFonts w:ascii="Times New Roman" w:hAnsi="Times New Roman"/>
          <w:b/>
          <w:sz w:val="24"/>
          <w:lang w:val="ru-RU"/>
        </w:rPr>
        <w:lastRenderedPageBreak/>
        <w:t>Великая Отечественная война</w:t>
      </w:r>
    </w:p>
    <w:p w14:paraId="1F8855CE" w14:textId="1668E11C" w:rsidR="00857260" w:rsidRPr="00A13E11" w:rsidRDefault="00857260">
      <w:pPr>
        <w:spacing w:after="0" w:line="360" w:lineRule="auto"/>
        <w:ind w:firstLine="709"/>
        <w:jc w:val="both"/>
        <w:rPr>
          <w:rFonts w:ascii="Times New Roman" w:hAnsi="Times New Roman" w:cs="Times New Roman"/>
          <w:sz w:val="24"/>
          <w:szCs w:val="24"/>
          <w:lang w:val="ru-RU"/>
        </w:rPr>
      </w:pPr>
      <w:r w:rsidRPr="00A13E11">
        <w:rPr>
          <w:rFonts w:ascii="Times New Roman" w:hAnsi="Times New Roman" w:cs="Times New Roman"/>
          <w:sz w:val="24"/>
          <w:szCs w:val="24"/>
          <w:lang w:val="ru-RU"/>
        </w:rPr>
        <w:t xml:space="preserve">Следующее важное событие в истории СССР, которое затронуло мою семью, — это страшные испытания Великой Отечественной войны. Оба моих прадеда с первых дней пошли на фронт. Одному из них было 18 лет, а другому — 19. Первый пошел пехотинцем, а после контузии стал шофером на легендарной «полуторке». Второй стал летчиком-истребителем на Ленинградском фронте, но после ранения перевелся в </w:t>
      </w:r>
      <w:r w:rsidR="00DF1026" w:rsidRPr="00A13E11">
        <w:rPr>
          <w:rFonts w:ascii="Times New Roman" w:hAnsi="Times New Roman" w:cs="Times New Roman"/>
          <w:sz w:val="24"/>
          <w:szCs w:val="24"/>
          <w:lang w:val="ru-RU"/>
        </w:rPr>
        <w:t xml:space="preserve">транспортную </w:t>
      </w:r>
      <w:r w:rsidRPr="00A13E11">
        <w:rPr>
          <w:rFonts w:ascii="Times New Roman" w:hAnsi="Times New Roman" w:cs="Times New Roman"/>
          <w:sz w:val="24"/>
          <w:szCs w:val="24"/>
          <w:lang w:val="ru-RU"/>
        </w:rPr>
        <w:t xml:space="preserve">авиацию и доставлял грузы в блокадный город. Оба прадеда вернулись домой с боевыми орденами Отечественной войны и медалями. Те тяжелейшие, кровопролитные годы оставили </w:t>
      </w:r>
      <w:r w:rsidR="00487EAC" w:rsidRPr="00A13E11">
        <w:rPr>
          <w:rFonts w:ascii="Times New Roman" w:hAnsi="Times New Roman" w:cs="Times New Roman"/>
          <w:sz w:val="24"/>
          <w:szCs w:val="24"/>
          <w:lang w:val="ru-RU"/>
        </w:rPr>
        <w:t>глубокий след</w:t>
      </w:r>
      <w:r w:rsidRPr="00A13E11">
        <w:rPr>
          <w:rFonts w:ascii="Times New Roman" w:hAnsi="Times New Roman" w:cs="Times New Roman"/>
          <w:sz w:val="24"/>
          <w:szCs w:val="24"/>
          <w:lang w:val="ru-RU"/>
        </w:rPr>
        <w:t xml:space="preserve"> не только на их телах, но и в душах. Они долго не могли забыть пережитый ужас, поэтому о войне рассказывать не любили.</w:t>
      </w:r>
    </w:p>
    <w:p w14:paraId="236B6208" w14:textId="6CE60BDD" w:rsidR="00B4287D" w:rsidRPr="00A13E11" w:rsidRDefault="00237816" w:rsidP="00B4287D">
      <w:pPr>
        <w:spacing w:after="0" w:line="360" w:lineRule="auto"/>
        <w:ind w:firstLine="709"/>
        <w:jc w:val="both"/>
        <w:rPr>
          <w:rFonts w:ascii="Times New Roman" w:hAnsi="Times New Roman"/>
          <w:sz w:val="24"/>
          <w:lang w:val="ru-RU"/>
        </w:rPr>
      </w:pPr>
      <w:r>
        <w:rPr>
          <w:rFonts w:ascii="Times New Roman" w:hAnsi="Times New Roman"/>
          <w:sz w:val="24"/>
          <w:lang w:val="ru-RU"/>
        </w:rPr>
        <w:t>Эта незаживающая рана осталась не только у тех, кто сражался на передовой</w:t>
      </w:r>
      <w:r w:rsidR="00B4287D" w:rsidRPr="00A13E11">
        <w:rPr>
          <w:rFonts w:ascii="Times New Roman" w:hAnsi="Times New Roman"/>
          <w:sz w:val="24"/>
          <w:lang w:val="ru-RU"/>
        </w:rPr>
        <w:t xml:space="preserve">. Моя прапрабабушка вместе со своей семилетней дочерью (моей прабабушкой) оказались в блокадном Ленинграде. От </w:t>
      </w:r>
      <w:r w:rsidR="00487EAC" w:rsidRPr="00A13E11">
        <w:rPr>
          <w:rFonts w:ascii="Times New Roman" w:hAnsi="Times New Roman"/>
          <w:sz w:val="24"/>
          <w:lang w:val="ru-RU"/>
        </w:rPr>
        <w:t>мучитель</w:t>
      </w:r>
      <w:r w:rsidR="00B4287D" w:rsidRPr="00A13E11">
        <w:rPr>
          <w:rFonts w:ascii="Times New Roman" w:hAnsi="Times New Roman"/>
          <w:sz w:val="24"/>
          <w:lang w:val="ru-RU"/>
        </w:rPr>
        <w:t>ного голода и холода у маленькой девочки отнялись ноги. Ей предлагали эвакуироваться по Дороге жизни, по льду Ладожского озера, но прапрабабушка наотрез отказалась, сказав, что если суждено погибнуть, то только вместе. Материнское сердце чутко. Позже выяснилось, что грузовик с детьми, на которо</w:t>
      </w:r>
      <w:r w:rsidR="00284A1B" w:rsidRPr="00A13E11">
        <w:rPr>
          <w:rFonts w:ascii="Times New Roman" w:hAnsi="Times New Roman"/>
          <w:sz w:val="24"/>
          <w:lang w:val="ru-RU"/>
        </w:rPr>
        <w:t>м</w:t>
      </w:r>
      <w:r w:rsidR="00B4287D" w:rsidRPr="00A13E11">
        <w:rPr>
          <w:rFonts w:ascii="Times New Roman" w:hAnsi="Times New Roman"/>
          <w:sz w:val="24"/>
          <w:lang w:val="ru-RU"/>
        </w:rPr>
        <w:t xml:space="preserve"> собирались вывезти прабабушку, попал под бомбежку и ушел под лед в ладожскую промоину... </w:t>
      </w:r>
    </w:p>
    <w:p w14:paraId="51839B48" w14:textId="54730063" w:rsidR="00B4287D" w:rsidRPr="00A13E11" w:rsidRDefault="00B4287D" w:rsidP="00B4287D">
      <w:pPr>
        <w:spacing w:after="0" w:line="360" w:lineRule="auto"/>
        <w:ind w:firstLine="709"/>
        <w:jc w:val="both"/>
        <w:rPr>
          <w:lang w:val="ru-RU"/>
        </w:rPr>
      </w:pPr>
      <w:r w:rsidRPr="00A13E11">
        <w:rPr>
          <w:rFonts w:ascii="Times New Roman" w:hAnsi="Times New Roman"/>
          <w:sz w:val="24"/>
          <w:lang w:val="ru-RU"/>
        </w:rPr>
        <w:t>Прапрабабушка не держала в руках оружие, но каждый день в промерзшем насквозь городе она шла пешком на работу в баню, чтобы ленинградцы могли помыться и погреться. Работа бань была очень важна, спасала ленинградцев от антисанитарии и тифа.</w:t>
      </w:r>
    </w:p>
    <w:p w14:paraId="42FF183E" w14:textId="35703217" w:rsidR="00B4287D" w:rsidRPr="00A13E11" w:rsidRDefault="00B4287D" w:rsidP="00B4287D">
      <w:pPr>
        <w:spacing w:after="0" w:line="360" w:lineRule="auto"/>
        <w:ind w:firstLine="709"/>
        <w:jc w:val="both"/>
        <w:rPr>
          <w:lang w:val="ru-RU"/>
        </w:rPr>
      </w:pPr>
      <w:r w:rsidRPr="00A13E11">
        <w:rPr>
          <w:rFonts w:ascii="Times New Roman" w:hAnsi="Times New Roman"/>
          <w:sz w:val="24"/>
          <w:lang w:val="ru-RU"/>
        </w:rPr>
        <w:t xml:space="preserve">Хрупкой женщине вместе с другими приходилось вручную заготавливать дрова для котельной, где каждое полено ценилось на вес золота. За этот самоотверженный труд ее наградили медалью «За оборону Ленинграда», а спустя десятилетия </w:t>
      </w:r>
      <w:r w:rsidR="008C3AFB" w:rsidRPr="00A13E11">
        <w:rPr>
          <w:lang w:val="ru-RU"/>
        </w:rPr>
        <w:t>—</w:t>
      </w:r>
      <w:r w:rsidRPr="00A13E11">
        <w:rPr>
          <w:rFonts w:ascii="Times New Roman" w:hAnsi="Times New Roman"/>
          <w:sz w:val="24"/>
          <w:lang w:val="ru-RU"/>
        </w:rPr>
        <w:t xml:space="preserve"> почетным знаком «Жителю блокадного Ленинграда». </w:t>
      </w:r>
    </w:p>
    <w:p w14:paraId="4D9EE75F" w14:textId="7CEF1446" w:rsidR="00DB48CB" w:rsidRPr="00A13E11" w:rsidRDefault="007454D9">
      <w:pPr>
        <w:spacing w:after="0" w:line="360" w:lineRule="auto"/>
        <w:ind w:firstLine="709"/>
        <w:jc w:val="both"/>
        <w:rPr>
          <w:rFonts w:ascii="Times New Roman" w:hAnsi="Times New Roman"/>
          <w:sz w:val="24"/>
          <w:lang w:val="ru-RU"/>
        </w:rPr>
      </w:pPr>
      <w:r w:rsidRPr="00A13E11">
        <w:rPr>
          <w:rFonts w:ascii="Times New Roman" w:hAnsi="Times New Roman"/>
          <w:sz w:val="24"/>
          <w:lang w:val="ru-RU"/>
        </w:rPr>
        <w:t>После войны мои прадеды вернулись к мирной жизни. Один</w:t>
      </w:r>
      <w:r w:rsidR="00B4287D" w:rsidRPr="00A13E11">
        <w:rPr>
          <w:rFonts w:ascii="Times New Roman" w:hAnsi="Times New Roman"/>
          <w:sz w:val="24"/>
          <w:lang w:val="ru-RU"/>
        </w:rPr>
        <w:t xml:space="preserve"> из них</w:t>
      </w:r>
      <w:r w:rsidRPr="00A13E11">
        <w:rPr>
          <w:rFonts w:ascii="Times New Roman" w:hAnsi="Times New Roman"/>
          <w:sz w:val="24"/>
          <w:lang w:val="ru-RU"/>
        </w:rPr>
        <w:t xml:space="preserve"> всю оставшуюся жизнь работал </w:t>
      </w:r>
      <w:r w:rsidR="00B4287D" w:rsidRPr="00A13E11">
        <w:rPr>
          <w:rFonts w:ascii="Times New Roman" w:hAnsi="Times New Roman"/>
          <w:sz w:val="24"/>
          <w:lang w:val="ru-RU"/>
        </w:rPr>
        <w:t xml:space="preserve">шофером </w:t>
      </w:r>
      <w:r w:rsidRPr="00A13E11">
        <w:rPr>
          <w:rFonts w:ascii="Times New Roman" w:hAnsi="Times New Roman"/>
          <w:sz w:val="24"/>
          <w:lang w:val="ru-RU"/>
        </w:rPr>
        <w:t>в колхозе на Украине</w:t>
      </w:r>
      <w:r w:rsidR="00B4287D" w:rsidRPr="00A13E11">
        <w:rPr>
          <w:rFonts w:ascii="Times New Roman" w:hAnsi="Times New Roman"/>
          <w:sz w:val="24"/>
          <w:lang w:val="ru-RU"/>
        </w:rPr>
        <w:t>. Д</w:t>
      </w:r>
      <w:r w:rsidRPr="00A13E11">
        <w:rPr>
          <w:rFonts w:ascii="Times New Roman" w:hAnsi="Times New Roman"/>
          <w:sz w:val="24"/>
          <w:lang w:val="ru-RU"/>
        </w:rPr>
        <w:t>ругого</w:t>
      </w:r>
      <w:r w:rsidR="00DB48CB" w:rsidRPr="00A13E11">
        <w:rPr>
          <w:rFonts w:ascii="Times New Roman" w:hAnsi="Times New Roman"/>
          <w:sz w:val="24"/>
          <w:lang w:val="ru-RU"/>
        </w:rPr>
        <w:t xml:space="preserve"> же</w:t>
      </w:r>
      <w:r w:rsidRPr="00A13E11">
        <w:rPr>
          <w:rFonts w:ascii="Times New Roman" w:hAnsi="Times New Roman"/>
          <w:sz w:val="24"/>
          <w:lang w:val="ru-RU"/>
        </w:rPr>
        <w:t xml:space="preserve"> судьба </w:t>
      </w:r>
      <w:r w:rsidR="00DB48CB" w:rsidRPr="00A13E11">
        <w:rPr>
          <w:rFonts w:ascii="Times New Roman" w:hAnsi="Times New Roman"/>
          <w:sz w:val="24"/>
          <w:lang w:val="ru-RU"/>
        </w:rPr>
        <w:t>связала с</w:t>
      </w:r>
      <w:r w:rsidRPr="00A13E11">
        <w:rPr>
          <w:rFonts w:ascii="Times New Roman" w:hAnsi="Times New Roman"/>
          <w:sz w:val="24"/>
          <w:lang w:val="ru-RU"/>
        </w:rPr>
        <w:t xml:space="preserve"> далеки</w:t>
      </w:r>
      <w:r w:rsidR="00DB48CB" w:rsidRPr="00A13E11">
        <w:rPr>
          <w:rFonts w:ascii="Times New Roman" w:hAnsi="Times New Roman"/>
          <w:sz w:val="24"/>
          <w:lang w:val="ru-RU"/>
        </w:rPr>
        <w:t>м</w:t>
      </w:r>
      <w:r w:rsidRPr="00A13E11">
        <w:rPr>
          <w:rFonts w:ascii="Times New Roman" w:hAnsi="Times New Roman"/>
          <w:sz w:val="24"/>
          <w:lang w:val="ru-RU"/>
        </w:rPr>
        <w:t xml:space="preserve"> Таджикистан</w:t>
      </w:r>
      <w:r w:rsidR="00DB48CB" w:rsidRPr="00A13E11">
        <w:rPr>
          <w:rFonts w:ascii="Times New Roman" w:hAnsi="Times New Roman"/>
          <w:sz w:val="24"/>
          <w:lang w:val="ru-RU"/>
        </w:rPr>
        <w:t>ом, где он</w:t>
      </w:r>
      <w:r w:rsidRPr="00A13E11">
        <w:rPr>
          <w:rFonts w:ascii="Times New Roman" w:hAnsi="Times New Roman"/>
          <w:sz w:val="24"/>
          <w:lang w:val="ru-RU"/>
        </w:rPr>
        <w:t xml:space="preserve"> </w:t>
      </w:r>
      <w:r w:rsidR="00284A1B" w:rsidRPr="00A13E11">
        <w:rPr>
          <w:rFonts w:ascii="Times New Roman" w:hAnsi="Times New Roman"/>
          <w:sz w:val="24"/>
          <w:lang w:val="ru-RU"/>
        </w:rPr>
        <w:t xml:space="preserve">помогал </w:t>
      </w:r>
      <w:r w:rsidRPr="00A13E11">
        <w:rPr>
          <w:rFonts w:ascii="Times New Roman" w:hAnsi="Times New Roman"/>
          <w:sz w:val="24"/>
          <w:lang w:val="ru-RU"/>
        </w:rPr>
        <w:t>развивать авиацию</w:t>
      </w:r>
      <w:r w:rsidR="00DB48CB" w:rsidRPr="00A13E11">
        <w:rPr>
          <w:rFonts w:ascii="Times New Roman" w:hAnsi="Times New Roman"/>
          <w:sz w:val="24"/>
          <w:lang w:val="ru-RU"/>
        </w:rPr>
        <w:t xml:space="preserve">, руководил Душанбинским аэропортом и заслужил звание </w:t>
      </w:r>
      <w:r w:rsidRPr="00A13E11">
        <w:rPr>
          <w:rFonts w:ascii="Times New Roman" w:hAnsi="Times New Roman"/>
          <w:sz w:val="24"/>
          <w:lang w:val="ru-RU"/>
        </w:rPr>
        <w:t>Геро</w:t>
      </w:r>
      <w:r w:rsidR="00DB48CB" w:rsidRPr="00A13E11">
        <w:rPr>
          <w:rFonts w:ascii="Times New Roman" w:hAnsi="Times New Roman"/>
          <w:sz w:val="24"/>
          <w:lang w:val="ru-RU"/>
        </w:rPr>
        <w:t>я</w:t>
      </w:r>
      <w:r w:rsidRPr="00A13E11">
        <w:rPr>
          <w:rFonts w:ascii="Times New Roman" w:hAnsi="Times New Roman"/>
          <w:sz w:val="24"/>
          <w:lang w:val="ru-RU"/>
        </w:rPr>
        <w:t xml:space="preserve"> Социалистического Труда.</w:t>
      </w:r>
      <w:r w:rsidR="00B4287D" w:rsidRPr="00A13E11">
        <w:rPr>
          <w:rFonts w:ascii="Times New Roman" w:hAnsi="Times New Roman"/>
          <w:sz w:val="24"/>
          <w:lang w:val="ru-RU"/>
        </w:rPr>
        <w:t xml:space="preserve"> </w:t>
      </w:r>
    </w:p>
    <w:p w14:paraId="287FF4F4" w14:textId="4DF48112" w:rsidR="00317D1D" w:rsidRPr="00A13E11" w:rsidRDefault="00B4287D">
      <w:pPr>
        <w:spacing w:after="0" w:line="360" w:lineRule="auto"/>
        <w:ind w:firstLine="709"/>
        <w:jc w:val="both"/>
        <w:rPr>
          <w:rFonts w:ascii="Times New Roman" w:hAnsi="Times New Roman"/>
          <w:sz w:val="24"/>
          <w:lang w:val="ru-RU"/>
        </w:rPr>
      </w:pPr>
      <w:r w:rsidRPr="00A13E11">
        <w:rPr>
          <w:rFonts w:ascii="Times New Roman" w:hAnsi="Times New Roman"/>
          <w:sz w:val="24"/>
          <w:lang w:val="ru-RU"/>
        </w:rPr>
        <w:t xml:space="preserve">Даже в самое страшное время у моих </w:t>
      </w:r>
      <w:r w:rsidR="00DB48CB" w:rsidRPr="00A13E11">
        <w:rPr>
          <w:rFonts w:ascii="Times New Roman" w:hAnsi="Times New Roman"/>
          <w:sz w:val="24"/>
          <w:lang w:val="ru-RU"/>
        </w:rPr>
        <w:t>предков</w:t>
      </w:r>
      <w:r w:rsidRPr="00A13E11">
        <w:rPr>
          <w:rFonts w:ascii="Times New Roman" w:hAnsi="Times New Roman"/>
          <w:sz w:val="24"/>
          <w:lang w:val="ru-RU"/>
        </w:rPr>
        <w:t xml:space="preserve"> не возникло сомнения в победе над фашистами. И </w:t>
      </w:r>
      <w:r w:rsidR="00DB48CB" w:rsidRPr="00A13E11">
        <w:rPr>
          <w:rFonts w:ascii="Times New Roman" w:hAnsi="Times New Roman"/>
          <w:sz w:val="24"/>
          <w:lang w:val="ru-RU"/>
        </w:rPr>
        <w:t>глядя на их судьбы, задаешься лишь одним вопросом: разве все</w:t>
      </w:r>
      <w:r w:rsidRPr="00A13E11">
        <w:rPr>
          <w:rFonts w:ascii="Times New Roman" w:hAnsi="Times New Roman"/>
          <w:sz w:val="24"/>
          <w:lang w:val="ru-RU"/>
        </w:rPr>
        <w:t xml:space="preserve"> они </w:t>
      </w:r>
      <w:r w:rsidR="008C3AFB" w:rsidRPr="00A13E11">
        <w:rPr>
          <w:lang w:val="ru-RU"/>
        </w:rPr>
        <w:t>—</w:t>
      </w:r>
      <w:r w:rsidR="00DB48CB" w:rsidRPr="00A13E11">
        <w:rPr>
          <w:rFonts w:ascii="Arial" w:eastAsia="Times New Roman" w:hAnsi="Arial" w:cs="Arial"/>
          <w:sz w:val="24"/>
          <w:szCs w:val="24"/>
          <w:lang w:val="ru-RU" w:eastAsia="ru-RU"/>
        </w:rPr>
        <w:t xml:space="preserve"> </w:t>
      </w:r>
      <w:r w:rsidRPr="00A13E11">
        <w:rPr>
          <w:rFonts w:ascii="Times New Roman" w:hAnsi="Times New Roman"/>
          <w:sz w:val="24"/>
          <w:lang w:val="ru-RU"/>
        </w:rPr>
        <w:t xml:space="preserve">не </w:t>
      </w:r>
      <w:r w:rsidR="00DB48CB" w:rsidRPr="00A13E11">
        <w:rPr>
          <w:rFonts w:ascii="Times New Roman" w:hAnsi="Times New Roman"/>
          <w:sz w:val="24"/>
          <w:lang w:val="ru-RU"/>
        </w:rPr>
        <w:t xml:space="preserve">настоящие </w:t>
      </w:r>
      <w:r w:rsidRPr="00A13E11">
        <w:rPr>
          <w:rFonts w:ascii="Times New Roman" w:hAnsi="Times New Roman"/>
          <w:sz w:val="24"/>
          <w:lang w:val="ru-RU"/>
        </w:rPr>
        <w:t>герои?</w:t>
      </w:r>
    </w:p>
    <w:p w14:paraId="15D3E669" w14:textId="77777777" w:rsidR="008C3AFB" w:rsidRPr="00A13E11" w:rsidRDefault="008C3AFB">
      <w:pPr>
        <w:spacing w:after="0" w:line="360" w:lineRule="auto"/>
        <w:ind w:firstLine="709"/>
        <w:jc w:val="both"/>
        <w:rPr>
          <w:rFonts w:ascii="Times New Roman" w:hAnsi="Times New Roman"/>
          <w:sz w:val="24"/>
          <w:lang w:val="ru-RU"/>
        </w:rPr>
      </w:pPr>
    </w:p>
    <w:p w14:paraId="5C120392" w14:textId="77777777" w:rsidR="008C3AFB" w:rsidRPr="00A13E11" w:rsidRDefault="008C3AFB">
      <w:pPr>
        <w:spacing w:after="0" w:line="360" w:lineRule="auto"/>
        <w:ind w:firstLine="709"/>
        <w:jc w:val="both"/>
        <w:rPr>
          <w:rFonts w:ascii="Times New Roman" w:hAnsi="Times New Roman"/>
          <w:sz w:val="24"/>
          <w:lang w:val="ru-RU"/>
        </w:rPr>
      </w:pPr>
    </w:p>
    <w:p w14:paraId="7195787A" w14:textId="77777777" w:rsidR="008C3AFB" w:rsidRPr="00A13E11" w:rsidRDefault="008C3AFB">
      <w:pPr>
        <w:spacing w:after="0" w:line="360" w:lineRule="auto"/>
        <w:ind w:firstLine="709"/>
        <w:jc w:val="both"/>
        <w:rPr>
          <w:lang w:val="ru-RU"/>
        </w:rPr>
      </w:pPr>
    </w:p>
    <w:p w14:paraId="599E7925" w14:textId="77777777" w:rsidR="00317D1D" w:rsidRPr="00A13E11" w:rsidRDefault="007454D9">
      <w:pPr>
        <w:spacing w:before="240" w:after="120" w:line="360" w:lineRule="auto"/>
        <w:jc w:val="center"/>
        <w:rPr>
          <w:lang w:val="ru-RU"/>
        </w:rPr>
      </w:pPr>
      <w:r w:rsidRPr="00A13E11">
        <w:rPr>
          <w:rFonts w:ascii="Times New Roman" w:hAnsi="Times New Roman"/>
          <w:b/>
          <w:sz w:val="24"/>
          <w:lang w:val="ru-RU"/>
        </w:rPr>
        <w:lastRenderedPageBreak/>
        <w:t>Социальные изменения и перестройка</w:t>
      </w:r>
    </w:p>
    <w:p w14:paraId="2F9A60CD" w14:textId="7F8F9FEF" w:rsidR="00317D1D" w:rsidRPr="00A13E11" w:rsidRDefault="007454D9">
      <w:pPr>
        <w:spacing w:after="0" w:line="360" w:lineRule="auto"/>
        <w:ind w:firstLine="709"/>
        <w:jc w:val="both"/>
        <w:rPr>
          <w:lang w:val="ru-RU"/>
        </w:rPr>
      </w:pPr>
      <w:r w:rsidRPr="00A13E11">
        <w:rPr>
          <w:rFonts w:ascii="Times New Roman" w:hAnsi="Times New Roman"/>
          <w:sz w:val="24"/>
          <w:lang w:val="ru-RU"/>
        </w:rPr>
        <w:t xml:space="preserve">В конце 80-х годов </w:t>
      </w:r>
      <w:r w:rsidR="00B72DB4" w:rsidRPr="00A13E11">
        <w:rPr>
          <w:rFonts w:ascii="Times New Roman" w:hAnsi="Times New Roman"/>
          <w:sz w:val="24"/>
          <w:lang w:val="ru-RU"/>
        </w:rPr>
        <w:t>ХХ</w:t>
      </w:r>
      <w:r w:rsidRPr="00A13E11">
        <w:rPr>
          <w:rFonts w:ascii="Times New Roman" w:hAnsi="Times New Roman"/>
          <w:sz w:val="24"/>
          <w:lang w:val="ru-RU"/>
        </w:rPr>
        <w:t xml:space="preserve"> века </w:t>
      </w:r>
      <w:r w:rsidR="008C3AFB" w:rsidRPr="00A13E11">
        <w:rPr>
          <w:rFonts w:ascii="Times New Roman" w:hAnsi="Times New Roman"/>
          <w:sz w:val="24"/>
          <w:lang w:val="ru-RU"/>
        </w:rPr>
        <w:t>моя</w:t>
      </w:r>
      <w:r w:rsidRPr="00A13E11">
        <w:rPr>
          <w:rFonts w:ascii="Times New Roman" w:hAnsi="Times New Roman"/>
          <w:sz w:val="24"/>
          <w:lang w:val="ru-RU"/>
        </w:rPr>
        <w:t xml:space="preserve"> семья вновь столкнулась с серьезными переменами. Перестройка и послед</w:t>
      </w:r>
      <w:r w:rsidR="008C3AFB" w:rsidRPr="00A13E11">
        <w:rPr>
          <w:rFonts w:ascii="Times New Roman" w:hAnsi="Times New Roman"/>
          <w:sz w:val="24"/>
          <w:lang w:val="ru-RU"/>
        </w:rPr>
        <w:t>овавший за ней</w:t>
      </w:r>
      <w:r w:rsidRPr="00A13E11">
        <w:rPr>
          <w:rFonts w:ascii="Times New Roman" w:hAnsi="Times New Roman"/>
          <w:sz w:val="24"/>
          <w:lang w:val="ru-RU"/>
        </w:rPr>
        <w:t xml:space="preserve"> распад Советского </w:t>
      </w:r>
      <w:r w:rsidR="00EB3745" w:rsidRPr="00A13E11">
        <w:rPr>
          <w:rFonts w:ascii="Times New Roman" w:hAnsi="Times New Roman"/>
          <w:sz w:val="24"/>
          <w:lang w:val="ru-RU"/>
        </w:rPr>
        <w:t>С</w:t>
      </w:r>
      <w:r w:rsidRPr="00A13E11">
        <w:rPr>
          <w:rFonts w:ascii="Times New Roman" w:hAnsi="Times New Roman"/>
          <w:sz w:val="24"/>
          <w:lang w:val="ru-RU"/>
        </w:rPr>
        <w:t xml:space="preserve">оюза </w:t>
      </w:r>
      <w:r w:rsidR="001A6FB0" w:rsidRPr="00A13E11">
        <w:rPr>
          <w:rFonts w:ascii="Times New Roman" w:hAnsi="Times New Roman"/>
          <w:sz w:val="24"/>
          <w:lang w:val="ru-RU"/>
        </w:rPr>
        <w:t xml:space="preserve">обернулись </w:t>
      </w:r>
      <w:r w:rsidRPr="00A13E11">
        <w:rPr>
          <w:rFonts w:ascii="Times New Roman" w:hAnsi="Times New Roman"/>
          <w:sz w:val="24"/>
          <w:lang w:val="ru-RU"/>
        </w:rPr>
        <w:t>с</w:t>
      </w:r>
      <w:r w:rsidR="001A6FB0" w:rsidRPr="00A13E11">
        <w:rPr>
          <w:rFonts w:ascii="Times New Roman" w:hAnsi="Times New Roman"/>
          <w:sz w:val="24"/>
          <w:lang w:val="ru-RU"/>
        </w:rPr>
        <w:t>уровым</w:t>
      </w:r>
      <w:r w:rsidRPr="00A13E11">
        <w:rPr>
          <w:rFonts w:ascii="Times New Roman" w:hAnsi="Times New Roman"/>
          <w:sz w:val="24"/>
          <w:lang w:val="ru-RU"/>
        </w:rPr>
        <w:t xml:space="preserve"> испытанием для </w:t>
      </w:r>
      <w:r w:rsidR="001A6FB0" w:rsidRPr="00A13E11">
        <w:rPr>
          <w:rFonts w:ascii="Times New Roman" w:hAnsi="Times New Roman"/>
          <w:sz w:val="24"/>
          <w:lang w:val="ru-RU"/>
        </w:rPr>
        <w:t>миллионов людей, и мои родные не стали исключением</w:t>
      </w:r>
      <w:r w:rsidRPr="00A13E11">
        <w:rPr>
          <w:rFonts w:ascii="Times New Roman" w:hAnsi="Times New Roman"/>
          <w:sz w:val="24"/>
          <w:lang w:val="ru-RU"/>
        </w:rPr>
        <w:t>.</w:t>
      </w:r>
    </w:p>
    <w:p w14:paraId="5562410A" w14:textId="50735FBE" w:rsidR="00993363" w:rsidRPr="00A13E11" w:rsidRDefault="007454D9">
      <w:pPr>
        <w:spacing w:after="0" w:line="360" w:lineRule="auto"/>
        <w:ind w:firstLine="709"/>
        <w:jc w:val="both"/>
        <w:rPr>
          <w:rFonts w:ascii="Times New Roman" w:eastAsia="Times New Roman" w:hAnsi="Times New Roman" w:cs="Times New Roman"/>
          <w:sz w:val="24"/>
          <w:szCs w:val="24"/>
          <w:lang w:val="ru-RU" w:eastAsia="ru-RU"/>
        </w:rPr>
      </w:pPr>
      <w:r w:rsidRPr="00A13E11">
        <w:rPr>
          <w:rFonts w:ascii="Times New Roman" w:hAnsi="Times New Roman"/>
          <w:sz w:val="24"/>
          <w:lang w:val="ru-RU"/>
        </w:rPr>
        <w:t xml:space="preserve">Выживать в те годы было очень трудно: дефицит товаров, закрытие производств, экономические трудности и неопределенность будущего. Мой дедушка, </w:t>
      </w:r>
      <w:r w:rsidR="009E0CB4" w:rsidRPr="00A13E11">
        <w:rPr>
          <w:rFonts w:ascii="Times New Roman" w:hAnsi="Times New Roman"/>
          <w:sz w:val="24"/>
          <w:lang w:val="ru-RU"/>
        </w:rPr>
        <w:t>окончи</w:t>
      </w:r>
      <w:r w:rsidR="00F53E2D" w:rsidRPr="00A13E11">
        <w:rPr>
          <w:rFonts w:ascii="Times New Roman" w:hAnsi="Times New Roman"/>
          <w:sz w:val="24"/>
          <w:lang w:val="ru-RU"/>
        </w:rPr>
        <w:t>в</w:t>
      </w:r>
      <w:r w:rsidRPr="00A13E11">
        <w:rPr>
          <w:rFonts w:ascii="Times New Roman" w:hAnsi="Times New Roman"/>
          <w:sz w:val="24"/>
          <w:lang w:val="ru-RU"/>
        </w:rPr>
        <w:t xml:space="preserve"> Военно-медицинск</w:t>
      </w:r>
      <w:r w:rsidR="009E0CB4" w:rsidRPr="00A13E11">
        <w:rPr>
          <w:rFonts w:ascii="Times New Roman" w:hAnsi="Times New Roman"/>
          <w:sz w:val="24"/>
          <w:lang w:val="ru-RU"/>
        </w:rPr>
        <w:t>ую</w:t>
      </w:r>
      <w:r w:rsidRPr="00A13E11">
        <w:rPr>
          <w:rFonts w:ascii="Times New Roman" w:hAnsi="Times New Roman"/>
          <w:sz w:val="24"/>
          <w:lang w:val="ru-RU"/>
        </w:rPr>
        <w:t xml:space="preserve"> академи</w:t>
      </w:r>
      <w:r w:rsidR="009E0CB4" w:rsidRPr="00A13E11">
        <w:rPr>
          <w:rFonts w:ascii="Times New Roman" w:hAnsi="Times New Roman"/>
          <w:sz w:val="24"/>
          <w:lang w:val="ru-RU"/>
        </w:rPr>
        <w:t>ю</w:t>
      </w:r>
      <w:r w:rsidRPr="00A13E11">
        <w:rPr>
          <w:rFonts w:ascii="Times New Roman" w:hAnsi="Times New Roman"/>
          <w:sz w:val="24"/>
          <w:lang w:val="ru-RU"/>
        </w:rPr>
        <w:t xml:space="preserve"> имени С.М. Кирова</w:t>
      </w:r>
      <w:r w:rsidR="00F53E2D" w:rsidRPr="00A13E11">
        <w:rPr>
          <w:rFonts w:ascii="Times New Roman" w:hAnsi="Times New Roman"/>
          <w:sz w:val="24"/>
          <w:lang w:val="ru-RU"/>
        </w:rPr>
        <w:t>, отправился по распределению на полуостров Камчатку. Вместе с ним в далекий гарнизон поехала и</w:t>
      </w:r>
      <w:r w:rsidRPr="00A13E11">
        <w:rPr>
          <w:rFonts w:ascii="Times New Roman" w:hAnsi="Times New Roman"/>
          <w:sz w:val="24"/>
          <w:lang w:val="ru-RU"/>
        </w:rPr>
        <w:t xml:space="preserve"> бабушка, </w:t>
      </w:r>
      <w:r w:rsidR="009E0CB4" w:rsidRPr="00A13E11">
        <w:rPr>
          <w:rFonts w:ascii="Times New Roman" w:hAnsi="Times New Roman"/>
          <w:sz w:val="24"/>
          <w:lang w:val="ru-RU"/>
        </w:rPr>
        <w:t>получившая диплом</w:t>
      </w:r>
      <w:r w:rsidRPr="00A13E11">
        <w:rPr>
          <w:rFonts w:ascii="Times New Roman" w:hAnsi="Times New Roman"/>
          <w:sz w:val="24"/>
          <w:lang w:val="ru-RU"/>
        </w:rPr>
        <w:t xml:space="preserve"> Педагогического института имени </w:t>
      </w:r>
      <w:r w:rsidR="008C3AFB" w:rsidRPr="00A13E11">
        <w:rPr>
          <w:rFonts w:ascii="Times New Roman" w:hAnsi="Times New Roman"/>
          <w:sz w:val="24"/>
          <w:lang w:val="ru-RU"/>
        </w:rPr>
        <w:t xml:space="preserve">А.И. </w:t>
      </w:r>
      <w:r w:rsidRPr="00A13E11">
        <w:rPr>
          <w:rFonts w:ascii="Times New Roman" w:hAnsi="Times New Roman"/>
          <w:sz w:val="24"/>
          <w:lang w:val="ru-RU"/>
        </w:rPr>
        <w:t xml:space="preserve">Герцена. Дедушка стал служить военным врачом на подводной лодке, а бабушка </w:t>
      </w:r>
      <w:r w:rsidR="008C3AFB" w:rsidRPr="00A13E11">
        <w:rPr>
          <w:rFonts w:ascii="Times New Roman" w:hAnsi="Times New Roman"/>
          <w:sz w:val="24"/>
          <w:lang w:val="ru-RU"/>
        </w:rPr>
        <w:t>устроилась</w:t>
      </w:r>
      <w:r w:rsidR="00993363" w:rsidRPr="00A13E11">
        <w:rPr>
          <w:rFonts w:ascii="Times New Roman" w:hAnsi="Times New Roman"/>
          <w:sz w:val="24"/>
          <w:lang w:val="ru-RU"/>
        </w:rPr>
        <w:t xml:space="preserve"> в местную </w:t>
      </w:r>
      <w:r w:rsidRPr="00A13E11">
        <w:rPr>
          <w:rFonts w:ascii="Times New Roman" w:hAnsi="Times New Roman"/>
          <w:sz w:val="24"/>
          <w:lang w:val="ru-RU"/>
        </w:rPr>
        <w:t>школ</w:t>
      </w:r>
      <w:r w:rsidR="00993363" w:rsidRPr="00A13E11">
        <w:rPr>
          <w:rFonts w:ascii="Times New Roman" w:hAnsi="Times New Roman"/>
          <w:sz w:val="24"/>
          <w:lang w:val="ru-RU"/>
        </w:rPr>
        <w:t>у</w:t>
      </w:r>
      <w:r w:rsidRPr="00A13E11">
        <w:rPr>
          <w:rFonts w:ascii="Times New Roman" w:hAnsi="Times New Roman"/>
          <w:sz w:val="24"/>
          <w:lang w:val="ru-RU"/>
        </w:rPr>
        <w:t>. Тогда трудно было всем. Поход в магазин превратился в квест по добыче продуктов, а на руках двое</w:t>
      </w:r>
      <w:r w:rsidR="00993363" w:rsidRPr="00A13E11">
        <w:rPr>
          <w:rFonts w:ascii="Times New Roman" w:hAnsi="Times New Roman"/>
          <w:sz w:val="24"/>
          <w:lang w:val="ru-RU"/>
        </w:rPr>
        <w:t xml:space="preserve"> маленьких</w:t>
      </w:r>
      <w:r w:rsidRPr="00A13E11">
        <w:rPr>
          <w:rFonts w:ascii="Times New Roman" w:hAnsi="Times New Roman"/>
          <w:sz w:val="24"/>
          <w:lang w:val="ru-RU"/>
        </w:rPr>
        <w:t xml:space="preserve"> детей. По полгода не платили зарплату. Спасали дикоросы, рыба и выращенная картошка. Дед служил на современном атомоходе, </w:t>
      </w:r>
      <w:r w:rsidR="00993363" w:rsidRPr="00A13E11">
        <w:rPr>
          <w:rFonts w:ascii="Times New Roman" w:hAnsi="Times New Roman"/>
          <w:sz w:val="24"/>
          <w:lang w:val="ru-RU"/>
        </w:rPr>
        <w:t>экипаж которого</w:t>
      </w:r>
      <w:r w:rsidRPr="00A13E11">
        <w:rPr>
          <w:rFonts w:ascii="Times New Roman" w:hAnsi="Times New Roman"/>
          <w:sz w:val="24"/>
          <w:lang w:val="ru-RU"/>
        </w:rPr>
        <w:t xml:space="preserve"> </w:t>
      </w:r>
      <w:r w:rsidR="00993363" w:rsidRPr="00A13E11">
        <w:rPr>
          <w:rFonts w:ascii="Times New Roman" w:hAnsi="Times New Roman"/>
          <w:sz w:val="24"/>
          <w:lang w:val="ru-RU"/>
        </w:rPr>
        <w:t>совершил сложнейший переход</w:t>
      </w:r>
      <w:r w:rsidRPr="00A13E11">
        <w:rPr>
          <w:rFonts w:ascii="Times New Roman" w:hAnsi="Times New Roman"/>
          <w:sz w:val="24"/>
          <w:lang w:val="ru-RU"/>
        </w:rPr>
        <w:t xml:space="preserve"> подо льдами Северного Ледовитого океана из Мурманска до Петропавловска-Камчатского. У дедушки тоже много медалей и наград. Сейчас он подполковник медицинской службы в отставке</w:t>
      </w:r>
      <w:r w:rsidR="00993363" w:rsidRPr="00A13E11">
        <w:rPr>
          <w:rFonts w:ascii="Times New Roman" w:hAnsi="Times New Roman"/>
          <w:sz w:val="24"/>
          <w:lang w:val="ru-RU"/>
        </w:rPr>
        <w:t>,</w:t>
      </w:r>
      <w:r w:rsidRPr="00A13E11">
        <w:rPr>
          <w:rFonts w:ascii="Times New Roman" w:hAnsi="Times New Roman"/>
          <w:sz w:val="24"/>
          <w:lang w:val="ru-RU"/>
        </w:rPr>
        <w:t xml:space="preserve"> </w:t>
      </w:r>
      <w:r w:rsidR="00993363" w:rsidRPr="00A13E11">
        <w:rPr>
          <w:rFonts w:ascii="Times New Roman" w:hAnsi="Times New Roman"/>
          <w:sz w:val="24"/>
          <w:lang w:val="ru-RU"/>
        </w:rPr>
        <w:t>но</w:t>
      </w:r>
      <w:r w:rsidRPr="00A13E11">
        <w:rPr>
          <w:rFonts w:ascii="Times New Roman" w:hAnsi="Times New Roman"/>
          <w:sz w:val="24"/>
          <w:lang w:val="ru-RU"/>
        </w:rPr>
        <w:t xml:space="preserve"> до сих пор </w:t>
      </w:r>
      <w:r w:rsidR="00993363" w:rsidRPr="00A13E11">
        <w:rPr>
          <w:rFonts w:ascii="Times New Roman" w:hAnsi="Times New Roman"/>
          <w:sz w:val="24"/>
          <w:lang w:val="ru-RU"/>
        </w:rPr>
        <w:t>помогает людям</w:t>
      </w:r>
      <w:r w:rsidRPr="00A13E11">
        <w:rPr>
          <w:rFonts w:ascii="Times New Roman" w:hAnsi="Times New Roman"/>
          <w:sz w:val="24"/>
          <w:lang w:val="ru-RU"/>
        </w:rPr>
        <w:t xml:space="preserve"> в клинике МЧС. Бабушка </w:t>
      </w:r>
      <w:r w:rsidR="00993363" w:rsidRPr="00A13E11">
        <w:rPr>
          <w:rFonts w:ascii="Times New Roman" w:hAnsi="Times New Roman"/>
          <w:sz w:val="24"/>
          <w:lang w:val="ru-RU"/>
        </w:rPr>
        <w:t>же посвятила школе более сорока лет, обучая детей на</w:t>
      </w:r>
      <w:r w:rsidRPr="00A13E11">
        <w:rPr>
          <w:rFonts w:ascii="Times New Roman" w:hAnsi="Times New Roman"/>
          <w:sz w:val="24"/>
          <w:lang w:val="ru-RU"/>
        </w:rPr>
        <w:t xml:space="preserve"> Камчатк</w:t>
      </w:r>
      <w:r w:rsidR="00993363" w:rsidRPr="00A13E11">
        <w:rPr>
          <w:rFonts w:ascii="Times New Roman" w:hAnsi="Times New Roman"/>
          <w:sz w:val="24"/>
          <w:lang w:val="ru-RU"/>
        </w:rPr>
        <w:t>е</w:t>
      </w:r>
      <w:r w:rsidRPr="00A13E11">
        <w:rPr>
          <w:rFonts w:ascii="Times New Roman" w:hAnsi="Times New Roman"/>
          <w:sz w:val="24"/>
          <w:lang w:val="ru-RU"/>
        </w:rPr>
        <w:t xml:space="preserve"> и </w:t>
      </w:r>
      <w:r w:rsidR="00993363" w:rsidRPr="00A13E11">
        <w:rPr>
          <w:rFonts w:ascii="Times New Roman" w:hAnsi="Times New Roman"/>
          <w:sz w:val="24"/>
          <w:lang w:val="ru-RU"/>
        </w:rPr>
        <w:t xml:space="preserve">в </w:t>
      </w:r>
      <w:r w:rsidRPr="00A13E11">
        <w:rPr>
          <w:rFonts w:ascii="Times New Roman" w:hAnsi="Times New Roman"/>
          <w:sz w:val="24"/>
          <w:lang w:val="ru-RU"/>
        </w:rPr>
        <w:t>Санкт-Петербург</w:t>
      </w:r>
      <w:r w:rsidR="00993363" w:rsidRPr="00A13E11">
        <w:rPr>
          <w:rFonts w:ascii="Times New Roman" w:hAnsi="Times New Roman"/>
          <w:sz w:val="24"/>
          <w:lang w:val="ru-RU"/>
        </w:rPr>
        <w:t>е не просто грамоте</w:t>
      </w:r>
      <w:r w:rsidRPr="00A13E11">
        <w:rPr>
          <w:rFonts w:ascii="Times New Roman" w:hAnsi="Times New Roman"/>
          <w:sz w:val="24"/>
          <w:lang w:val="ru-RU"/>
        </w:rPr>
        <w:t xml:space="preserve">, </w:t>
      </w:r>
      <w:r w:rsidR="00993363" w:rsidRPr="00A13E11">
        <w:rPr>
          <w:rFonts w:ascii="Times New Roman" w:hAnsi="Times New Roman"/>
          <w:sz w:val="24"/>
          <w:lang w:val="ru-RU"/>
        </w:rPr>
        <w:t>а искренней</w:t>
      </w:r>
      <w:r w:rsidRPr="00A13E11">
        <w:rPr>
          <w:rFonts w:ascii="Times New Roman" w:hAnsi="Times New Roman"/>
          <w:sz w:val="24"/>
          <w:lang w:val="ru-RU"/>
        </w:rPr>
        <w:t xml:space="preserve"> люб</w:t>
      </w:r>
      <w:r w:rsidR="00993363" w:rsidRPr="00A13E11">
        <w:rPr>
          <w:rFonts w:ascii="Times New Roman" w:hAnsi="Times New Roman"/>
          <w:sz w:val="24"/>
          <w:lang w:val="ru-RU"/>
        </w:rPr>
        <w:t>ви</w:t>
      </w:r>
      <w:r w:rsidRPr="00A13E11">
        <w:rPr>
          <w:rFonts w:ascii="Times New Roman" w:hAnsi="Times New Roman"/>
          <w:sz w:val="24"/>
          <w:lang w:val="ru-RU"/>
        </w:rPr>
        <w:t xml:space="preserve"> </w:t>
      </w:r>
      <w:r w:rsidR="00993363" w:rsidRPr="00A13E11">
        <w:rPr>
          <w:rFonts w:ascii="Times New Roman" w:hAnsi="Times New Roman"/>
          <w:sz w:val="24"/>
          <w:lang w:val="ru-RU"/>
        </w:rPr>
        <w:t>к</w:t>
      </w:r>
      <w:r w:rsidRPr="00A13E11">
        <w:rPr>
          <w:rFonts w:ascii="Times New Roman" w:hAnsi="Times New Roman"/>
          <w:sz w:val="24"/>
          <w:lang w:val="ru-RU"/>
        </w:rPr>
        <w:t xml:space="preserve"> Родин</w:t>
      </w:r>
      <w:r w:rsidR="00993363" w:rsidRPr="00A13E11">
        <w:rPr>
          <w:rFonts w:ascii="Times New Roman" w:hAnsi="Times New Roman"/>
          <w:sz w:val="24"/>
          <w:lang w:val="ru-RU"/>
        </w:rPr>
        <w:t>е</w:t>
      </w:r>
      <w:r w:rsidRPr="00A13E11">
        <w:rPr>
          <w:rFonts w:ascii="Times New Roman" w:hAnsi="Times New Roman"/>
          <w:sz w:val="24"/>
          <w:lang w:val="ru-RU"/>
        </w:rPr>
        <w:t xml:space="preserve">. </w:t>
      </w:r>
      <w:r w:rsidR="00993363" w:rsidRPr="00A13E11">
        <w:rPr>
          <w:rFonts w:ascii="Times New Roman" w:eastAsia="Times New Roman" w:hAnsi="Times New Roman" w:cs="Times New Roman"/>
          <w:sz w:val="24"/>
          <w:szCs w:val="24"/>
          <w:lang w:val="ru-RU" w:eastAsia="ru-RU"/>
        </w:rPr>
        <w:t>За свой благородный труд она удостоена звания «Отличник народного образования».</w:t>
      </w:r>
    </w:p>
    <w:p w14:paraId="685293E4" w14:textId="6698A675" w:rsidR="00317D1D" w:rsidRPr="00A13E11" w:rsidRDefault="004A0529" w:rsidP="004A0529">
      <w:pPr>
        <w:spacing w:after="0" w:line="360" w:lineRule="auto"/>
        <w:ind w:firstLine="709"/>
        <w:jc w:val="both"/>
        <w:rPr>
          <w:rFonts w:ascii="Times New Roman" w:eastAsia="Times New Roman" w:hAnsi="Times New Roman" w:cs="Times New Roman"/>
          <w:sz w:val="24"/>
          <w:szCs w:val="24"/>
          <w:lang w:val="ru-RU" w:eastAsia="ru-RU"/>
        </w:rPr>
      </w:pPr>
      <w:r w:rsidRPr="00A13E11">
        <w:rPr>
          <w:rFonts w:ascii="Times New Roman" w:hAnsi="Times New Roman" w:cs="Times New Roman"/>
          <w:sz w:val="24"/>
          <w:lang w:val="ru-RU"/>
        </w:rPr>
        <w:t>Их путь продолжили мои родители. Мама, выпускница юридического факультета СПбГУ, ежедневно стоит на страже закона, воплощая в своей работе справедливость и безупречную логику. Папа выбрал военную медицину: он кандидат медицинских наук, доцент</w:t>
      </w:r>
      <w:r w:rsidR="00A0747D" w:rsidRPr="00A13E11">
        <w:rPr>
          <w:rFonts w:ascii="Times New Roman" w:hAnsi="Times New Roman" w:cs="Times New Roman"/>
          <w:sz w:val="24"/>
          <w:lang w:val="ru-RU"/>
        </w:rPr>
        <w:t xml:space="preserve"> </w:t>
      </w:r>
      <w:r w:rsidRPr="00A13E11">
        <w:rPr>
          <w:rFonts w:ascii="Times New Roman" w:eastAsia="Times New Roman" w:hAnsi="Times New Roman" w:cs="Times New Roman"/>
          <w:sz w:val="24"/>
          <w:szCs w:val="24"/>
          <w:lang w:val="ru-RU" w:eastAsia="ru-RU"/>
        </w:rPr>
        <w:t>и уже больше четверти века преподает в стенах родной для нашей династии Военно-медицинской академии, передавая опыт будущим поколениям врачей.</w:t>
      </w:r>
    </w:p>
    <w:p w14:paraId="430080A6" w14:textId="4040C13D" w:rsidR="00317D1D" w:rsidRPr="00A13E11" w:rsidRDefault="004A0529">
      <w:pPr>
        <w:spacing w:after="0" w:line="360" w:lineRule="auto"/>
        <w:ind w:firstLine="709"/>
        <w:jc w:val="both"/>
        <w:rPr>
          <w:lang w:val="ru-RU"/>
        </w:rPr>
      </w:pPr>
      <w:r w:rsidRPr="00A13E11">
        <w:rPr>
          <w:rFonts w:ascii="Times New Roman" w:hAnsi="Times New Roman"/>
          <w:sz w:val="24"/>
          <w:lang w:val="ru-RU"/>
        </w:rPr>
        <w:t>История моей семьи — это живой пример служения обществу, верности</w:t>
      </w:r>
      <w:r w:rsidR="005E49BA" w:rsidRPr="00A13E11">
        <w:rPr>
          <w:rFonts w:ascii="Times New Roman" w:hAnsi="Times New Roman"/>
          <w:sz w:val="24"/>
          <w:lang w:val="ru-RU"/>
        </w:rPr>
        <w:t xml:space="preserve"> долгу</w:t>
      </w:r>
      <w:r w:rsidRPr="00A13E11">
        <w:rPr>
          <w:rFonts w:ascii="Times New Roman" w:hAnsi="Times New Roman"/>
          <w:sz w:val="24"/>
          <w:lang w:val="ru-RU"/>
        </w:rPr>
        <w:t xml:space="preserve"> и науке. Глядя на них, я понимаю, что профессионализм — это прежде всего ответственность перед людьми.</w:t>
      </w:r>
    </w:p>
    <w:p w14:paraId="05542C96" w14:textId="77777777" w:rsidR="00317D1D" w:rsidRPr="00A13E11" w:rsidRDefault="007454D9" w:rsidP="005A69A7">
      <w:pPr>
        <w:spacing w:before="240" w:after="120" w:line="360" w:lineRule="auto"/>
        <w:jc w:val="center"/>
        <w:rPr>
          <w:rFonts w:ascii="Times New Roman" w:hAnsi="Times New Roman" w:cs="Times New Roman"/>
          <w:sz w:val="24"/>
          <w:szCs w:val="24"/>
          <w:lang w:val="ru-RU"/>
        </w:rPr>
      </w:pPr>
      <w:r w:rsidRPr="00A13E11">
        <w:rPr>
          <w:rFonts w:ascii="Times New Roman" w:hAnsi="Times New Roman" w:cs="Times New Roman"/>
          <w:b/>
          <w:sz w:val="24"/>
          <w:szCs w:val="24"/>
          <w:lang w:val="ru-RU"/>
        </w:rPr>
        <w:t>Современная история</w:t>
      </w:r>
    </w:p>
    <w:p w14:paraId="093F2686" w14:textId="0936C4A7" w:rsidR="00317D1D" w:rsidRPr="00A13E11" w:rsidRDefault="007454D9" w:rsidP="005A69A7">
      <w:pPr>
        <w:spacing w:after="0" w:line="360" w:lineRule="auto"/>
        <w:ind w:firstLine="709"/>
        <w:jc w:val="both"/>
        <w:rPr>
          <w:rFonts w:ascii="Times New Roman" w:hAnsi="Times New Roman" w:cs="Times New Roman"/>
          <w:sz w:val="24"/>
          <w:szCs w:val="24"/>
          <w:lang w:val="ru-RU"/>
        </w:rPr>
      </w:pPr>
      <w:r w:rsidRPr="00A13E11">
        <w:rPr>
          <w:rFonts w:ascii="Times New Roman" w:hAnsi="Times New Roman" w:cs="Times New Roman"/>
          <w:sz w:val="24"/>
          <w:szCs w:val="24"/>
          <w:lang w:val="ru-RU"/>
        </w:rPr>
        <w:t xml:space="preserve">Сейчас я живу в совершенно другой стране </w:t>
      </w:r>
      <w:r w:rsidR="001A6FB0" w:rsidRPr="00A13E11">
        <w:rPr>
          <w:rFonts w:ascii="Times New Roman" w:hAnsi="Times New Roman" w:cs="Times New Roman"/>
          <w:sz w:val="24"/>
          <w:szCs w:val="24"/>
          <w:lang w:val="ru-RU"/>
        </w:rPr>
        <w:t xml:space="preserve">— </w:t>
      </w:r>
      <w:r w:rsidRPr="00A13E11">
        <w:rPr>
          <w:rFonts w:ascii="Times New Roman" w:hAnsi="Times New Roman" w:cs="Times New Roman"/>
          <w:sz w:val="24"/>
          <w:szCs w:val="24"/>
          <w:lang w:val="ru-RU"/>
        </w:rPr>
        <w:t xml:space="preserve">стране </w:t>
      </w:r>
      <w:r w:rsidR="001A6FB0" w:rsidRPr="00A13E11">
        <w:rPr>
          <w:rFonts w:ascii="Times New Roman" w:hAnsi="Times New Roman" w:cs="Times New Roman"/>
          <w:sz w:val="24"/>
          <w:szCs w:val="24"/>
          <w:lang w:val="ru-RU"/>
        </w:rPr>
        <w:t xml:space="preserve">больших </w:t>
      </w:r>
      <w:r w:rsidRPr="00A13E11">
        <w:rPr>
          <w:rFonts w:ascii="Times New Roman" w:hAnsi="Times New Roman" w:cs="Times New Roman"/>
          <w:sz w:val="24"/>
          <w:szCs w:val="24"/>
          <w:lang w:val="ru-RU"/>
        </w:rPr>
        <w:t xml:space="preserve">возможностей и перемен. Однако я всегда помню о том, через </w:t>
      </w:r>
      <w:r w:rsidR="001A6FB0" w:rsidRPr="00A13E11">
        <w:rPr>
          <w:rFonts w:ascii="Times New Roman" w:hAnsi="Times New Roman" w:cs="Times New Roman"/>
          <w:sz w:val="24"/>
          <w:szCs w:val="24"/>
          <w:lang w:val="ru-RU"/>
        </w:rPr>
        <w:t>какие испытания пришлось</w:t>
      </w:r>
      <w:r w:rsidRPr="00A13E11">
        <w:rPr>
          <w:rFonts w:ascii="Times New Roman" w:hAnsi="Times New Roman" w:cs="Times New Roman"/>
          <w:sz w:val="24"/>
          <w:szCs w:val="24"/>
          <w:lang w:val="ru-RU"/>
        </w:rPr>
        <w:t xml:space="preserve"> про</w:t>
      </w:r>
      <w:r w:rsidR="001A6FB0" w:rsidRPr="00A13E11">
        <w:rPr>
          <w:rFonts w:ascii="Times New Roman" w:hAnsi="Times New Roman" w:cs="Times New Roman"/>
          <w:sz w:val="24"/>
          <w:szCs w:val="24"/>
          <w:lang w:val="ru-RU"/>
        </w:rPr>
        <w:t>йти</w:t>
      </w:r>
      <w:r w:rsidRPr="00A13E11">
        <w:rPr>
          <w:rFonts w:ascii="Times New Roman" w:hAnsi="Times New Roman" w:cs="Times New Roman"/>
          <w:sz w:val="24"/>
          <w:szCs w:val="24"/>
          <w:lang w:val="ru-RU"/>
        </w:rPr>
        <w:t xml:space="preserve"> мои</w:t>
      </w:r>
      <w:r w:rsidR="001A6FB0" w:rsidRPr="00A13E11">
        <w:rPr>
          <w:rFonts w:ascii="Times New Roman" w:hAnsi="Times New Roman" w:cs="Times New Roman"/>
          <w:sz w:val="24"/>
          <w:szCs w:val="24"/>
          <w:lang w:val="ru-RU"/>
        </w:rPr>
        <w:t>м</w:t>
      </w:r>
      <w:r w:rsidRPr="00A13E11">
        <w:rPr>
          <w:rFonts w:ascii="Times New Roman" w:hAnsi="Times New Roman" w:cs="Times New Roman"/>
          <w:sz w:val="24"/>
          <w:szCs w:val="24"/>
          <w:lang w:val="ru-RU"/>
        </w:rPr>
        <w:t xml:space="preserve"> предк</w:t>
      </w:r>
      <w:r w:rsidR="001A6FB0" w:rsidRPr="00A13E11">
        <w:rPr>
          <w:rFonts w:ascii="Times New Roman" w:hAnsi="Times New Roman" w:cs="Times New Roman"/>
          <w:sz w:val="24"/>
          <w:szCs w:val="24"/>
          <w:lang w:val="ru-RU"/>
        </w:rPr>
        <w:t>ам</w:t>
      </w:r>
      <w:r w:rsidRPr="00A13E11">
        <w:rPr>
          <w:rFonts w:ascii="Times New Roman" w:hAnsi="Times New Roman" w:cs="Times New Roman"/>
          <w:sz w:val="24"/>
          <w:szCs w:val="24"/>
          <w:lang w:val="ru-RU"/>
        </w:rPr>
        <w:t xml:space="preserve">. Их трудности и победы стали основой той жизни, которую я имею сегодня. </w:t>
      </w:r>
      <w:r w:rsidR="001A6FB0" w:rsidRPr="00A13E11">
        <w:rPr>
          <w:rFonts w:ascii="Times New Roman" w:hAnsi="Times New Roman" w:cs="Times New Roman"/>
          <w:sz w:val="24"/>
          <w:szCs w:val="24"/>
          <w:lang w:val="ru-RU"/>
        </w:rPr>
        <w:t>Наше время тоже</w:t>
      </w:r>
      <w:r w:rsidRPr="00A13E11">
        <w:rPr>
          <w:rFonts w:ascii="Times New Roman" w:hAnsi="Times New Roman" w:cs="Times New Roman"/>
          <w:sz w:val="24"/>
          <w:szCs w:val="24"/>
          <w:lang w:val="ru-RU"/>
        </w:rPr>
        <w:t xml:space="preserve"> несет сложные </w:t>
      </w:r>
      <w:r w:rsidR="001A6FB0" w:rsidRPr="00A13E11">
        <w:rPr>
          <w:rFonts w:ascii="Times New Roman" w:hAnsi="Times New Roman" w:cs="Times New Roman"/>
          <w:sz w:val="24"/>
          <w:szCs w:val="24"/>
          <w:lang w:val="ru-RU"/>
        </w:rPr>
        <w:t xml:space="preserve">вызовы </w:t>
      </w:r>
      <w:r w:rsidRPr="00A13E11">
        <w:rPr>
          <w:rFonts w:ascii="Times New Roman" w:hAnsi="Times New Roman" w:cs="Times New Roman"/>
          <w:sz w:val="24"/>
          <w:szCs w:val="24"/>
          <w:lang w:val="ru-RU"/>
        </w:rPr>
        <w:t xml:space="preserve">для моего поколения. </w:t>
      </w:r>
      <w:r w:rsidR="001A6FB0" w:rsidRPr="00A13E11">
        <w:rPr>
          <w:rFonts w:ascii="Times New Roman" w:hAnsi="Times New Roman" w:cs="Times New Roman"/>
          <w:sz w:val="24"/>
          <w:szCs w:val="24"/>
          <w:lang w:val="ru-RU"/>
        </w:rPr>
        <w:t>Поэтому нам так</w:t>
      </w:r>
      <w:r w:rsidRPr="00A13E11">
        <w:rPr>
          <w:rFonts w:ascii="Times New Roman" w:hAnsi="Times New Roman" w:cs="Times New Roman"/>
          <w:sz w:val="24"/>
          <w:szCs w:val="24"/>
          <w:lang w:val="ru-RU"/>
        </w:rPr>
        <w:t xml:space="preserve"> важно помнить уроки </w:t>
      </w:r>
      <w:r w:rsidR="001A6FB0" w:rsidRPr="00A13E11">
        <w:rPr>
          <w:rFonts w:ascii="Times New Roman" w:hAnsi="Times New Roman" w:cs="Times New Roman"/>
          <w:sz w:val="24"/>
          <w:szCs w:val="24"/>
          <w:lang w:val="ru-RU"/>
        </w:rPr>
        <w:t xml:space="preserve">прошлого </w:t>
      </w:r>
      <w:r w:rsidRPr="00A13E11">
        <w:rPr>
          <w:rFonts w:ascii="Times New Roman" w:hAnsi="Times New Roman" w:cs="Times New Roman"/>
          <w:sz w:val="24"/>
          <w:szCs w:val="24"/>
          <w:lang w:val="ru-RU"/>
        </w:rPr>
        <w:t xml:space="preserve">и извлекать </w:t>
      </w:r>
      <w:r w:rsidR="00E91A8C" w:rsidRPr="00A13E11">
        <w:rPr>
          <w:rFonts w:ascii="Times New Roman" w:hAnsi="Times New Roman" w:cs="Times New Roman"/>
          <w:sz w:val="24"/>
          <w:szCs w:val="24"/>
          <w:lang w:val="ru-RU"/>
        </w:rPr>
        <w:t>из</w:t>
      </w:r>
      <w:r w:rsidRPr="00A13E11">
        <w:rPr>
          <w:rFonts w:ascii="Times New Roman" w:hAnsi="Times New Roman" w:cs="Times New Roman"/>
          <w:sz w:val="24"/>
          <w:szCs w:val="24"/>
          <w:lang w:val="ru-RU"/>
        </w:rPr>
        <w:t xml:space="preserve"> них мудрость для будущего.</w:t>
      </w:r>
      <w:r w:rsidR="001A6FB0" w:rsidRPr="00A13E11">
        <w:rPr>
          <w:rFonts w:ascii="Times New Roman" w:hAnsi="Times New Roman" w:cs="Times New Roman"/>
          <w:sz w:val="24"/>
          <w:szCs w:val="24"/>
          <w:lang w:val="ru-RU"/>
        </w:rPr>
        <w:t xml:space="preserve"> Я петербуржец в седьмом поколении, и история моей семьи всегда будет для меня главным ориентиром.</w:t>
      </w:r>
    </w:p>
    <w:p w14:paraId="56B5A6B7" w14:textId="77777777" w:rsidR="00317D1D" w:rsidRPr="00A13E11" w:rsidRDefault="007454D9">
      <w:pPr>
        <w:spacing w:before="240" w:after="120" w:line="360" w:lineRule="auto"/>
        <w:jc w:val="center"/>
        <w:rPr>
          <w:lang w:val="ru-RU"/>
        </w:rPr>
      </w:pPr>
      <w:r w:rsidRPr="00A13E11">
        <w:rPr>
          <w:rFonts w:ascii="Times New Roman" w:hAnsi="Times New Roman"/>
          <w:b/>
          <w:sz w:val="24"/>
          <w:lang w:val="ru-RU"/>
        </w:rPr>
        <w:lastRenderedPageBreak/>
        <w:t>Уроки истории</w:t>
      </w:r>
    </w:p>
    <w:p w14:paraId="29774570" w14:textId="77777777" w:rsidR="00573901" w:rsidRPr="00A13E11" w:rsidRDefault="007454D9" w:rsidP="005A69A7">
      <w:pPr>
        <w:spacing w:after="0" w:line="360" w:lineRule="auto"/>
        <w:ind w:firstLine="709"/>
        <w:jc w:val="both"/>
        <w:rPr>
          <w:rFonts w:ascii="Times New Roman" w:hAnsi="Times New Roman" w:cs="Times New Roman"/>
          <w:b/>
          <w:bCs/>
          <w:sz w:val="24"/>
          <w:szCs w:val="24"/>
          <w:lang w:val="ru-RU"/>
        </w:rPr>
      </w:pPr>
      <w:r w:rsidRPr="00A13E11">
        <w:rPr>
          <w:rFonts w:ascii="Times New Roman" w:hAnsi="Times New Roman" w:cs="Times New Roman"/>
          <w:sz w:val="24"/>
          <w:szCs w:val="24"/>
          <w:lang w:val="ru-RU"/>
        </w:rPr>
        <w:t>История моей семьи и есть история страны. В моих жилах течет разная кровь: русских, эстонцев, украинцев</w:t>
      </w:r>
      <w:r w:rsidR="00A0747D" w:rsidRPr="00A13E11">
        <w:rPr>
          <w:rFonts w:ascii="Times New Roman" w:hAnsi="Times New Roman" w:cs="Times New Roman"/>
          <w:sz w:val="24"/>
          <w:szCs w:val="24"/>
          <w:lang w:val="ru-RU"/>
        </w:rPr>
        <w:t>.</w:t>
      </w:r>
      <w:r w:rsidRPr="00A13E11">
        <w:rPr>
          <w:rFonts w:ascii="Times New Roman" w:hAnsi="Times New Roman" w:cs="Times New Roman"/>
          <w:sz w:val="24"/>
          <w:szCs w:val="24"/>
          <w:lang w:val="ru-RU"/>
        </w:rPr>
        <w:t xml:space="preserve"> </w:t>
      </w:r>
      <w:r w:rsidR="00A0747D" w:rsidRPr="00A13E11">
        <w:rPr>
          <w:rFonts w:ascii="Times New Roman" w:hAnsi="Times New Roman" w:cs="Times New Roman"/>
          <w:sz w:val="24"/>
          <w:szCs w:val="24"/>
          <w:lang w:val="ru-RU"/>
        </w:rPr>
        <w:t>Но</w:t>
      </w:r>
      <w:r w:rsidRPr="00A13E11">
        <w:rPr>
          <w:rFonts w:ascii="Times New Roman" w:hAnsi="Times New Roman" w:cs="Times New Roman"/>
          <w:sz w:val="24"/>
          <w:szCs w:val="24"/>
          <w:lang w:val="ru-RU"/>
        </w:rPr>
        <w:t xml:space="preserve"> по духу я русский. </w:t>
      </w:r>
      <w:r w:rsidR="00AE7AB1" w:rsidRPr="00A13E11">
        <w:rPr>
          <w:rFonts w:ascii="Times New Roman" w:hAnsi="Times New Roman" w:cs="Times New Roman"/>
          <w:sz w:val="24"/>
          <w:szCs w:val="24"/>
          <w:lang w:val="ru-RU"/>
        </w:rPr>
        <w:t>И главным связующим звеном для нашей большой семьи всегда был великий русский язык. Именно он объединял моих предков, помогал им понимать друг друга, сохранять культуру и передавать из поколения в поколение любовь к Отечеству. С русским языком</w:t>
      </w:r>
      <w:r w:rsidR="00573901" w:rsidRPr="00A13E11">
        <w:rPr>
          <w:rFonts w:ascii="Times New Roman" w:hAnsi="Times New Roman" w:cs="Times New Roman"/>
          <w:sz w:val="24"/>
          <w:szCs w:val="24"/>
          <w:lang w:val="ru-RU"/>
        </w:rPr>
        <w:t>,</w:t>
      </w:r>
      <w:r w:rsidR="00AE7AB1" w:rsidRPr="00A13E11">
        <w:rPr>
          <w:rFonts w:ascii="Times New Roman" w:hAnsi="Times New Roman" w:cs="Times New Roman"/>
          <w:sz w:val="24"/>
          <w:szCs w:val="24"/>
          <w:lang w:val="ru-RU"/>
        </w:rPr>
        <w:t xml:space="preserve"> действительно</w:t>
      </w:r>
      <w:r w:rsidR="00573901" w:rsidRPr="00A13E11">
        <w:rPr>
          <w:rFonts w:ascii="Times New Roman" w:hAnsi="Times New Roman" w:cs="Times New Roman"/>
          <w:sz w:val="24"/>
          <w:szCs w:val="24"/>
          <w:lang w:val="ru-RU"/>
        </w:rPr>
        <w:t>,</w:t>
      </w:r>
      <w:r w:rsidR="00AE7AB1" w:rsidRPr="00A13E11">
        <w:rPr>
          <w:rFonts w:ascii="Times New Roman" w:hAnsi="Times New Roman" w:cs="Times New Roman"/>
          <w:sz w:val="24"/>
          <w:szCs w:val="24"/>
          <w:lang w:val="ru-RU"/>
        </w:rPr>
        <w:t xml:space="preserve"> можно творить чудеса, ведь он способен сплотить разные народы в одну мощную силу, </w:t>
      </w:r>
      <w:r w:rsidR="00AE7AB1" w:rsidRPr="00A13E11">
        <w:rPr>
          <w:rStyle w:val="af6"/>
          <w:rFonts w:ascii="Times New Roman" w:hAnsi="Times New Roman" w:cs="Times New Roman"/>
          <w:b w:val="0"/>
          <w:bCs w:val="0"/>
          <w:sz w:val="24"/>
          <w:szCs w:val="24"/>
          <w:lang w:val="ru-RU"/>
        </w:rPr>
        <w:t>которая на протяжении веков помогала нашей стране выстоять в самые трудные времена</w:t>
      </w:r>
      <w:r w:rsidR="00AE7AB1" w:rsidRPr="00A13E11">
        <w:rPr>
          <w:rFonts w:ascii="Times New Roman" w:hAnsi="Times New Roman" w:cs="Times New Roman"/>
          <w:sz w:val="24"/>
          <w:szCs w:val="24"/>
          <w:lang w:val="ru-RU"/>
        </w:rPr>
        <w:t>.</w:t>
      </w:r>
      <w:r w:rsidR="00AE7AB1" w:rsidRPr="00A13E11">
        <w:rPr>
          <w:rFonts w:ascii="Times New Roman" w:hAnsi="Times New Roman" w:cs="Times New Roman"/>
          <w:b/>
          <w:bCs/>
          <w:sz w:val="24"/>
          <w:szCs w:val="24"/>
          <w:lang w:val="ru-RU"/>
        </w:rPr>
        <w:t xml:space="preserve"> </w:t>
      </w:r>
    </w:p>
    <w:p w14:paraId="63DB2DFC" w14:textId="77777777" w:rsidR="00516053" w:rsidRDefault="007454D9" w:rsidP="005A69A7">
      <w:pPr>
        <w:spacing w:after="0" w:line="360" w:lineRule="auto"/>
        <w:ind w:firstLine="709"/>
        <w:jc w:val="both"/>
        <w:rPr>
          <w:rFonts w:ascii="Times New Roman" w:hAnsi="Times New Roman"/>
          <w:sz w:val="24"/>
          <w:lang w:val="ru-RU"/>
        </w:rPr>
      </w:pPr>
      <w:r w:rsidRPr="00A13E11">
        <w:rPr>
          <w:rFonts w:ascii="Times New Roman" w:hAnsi="Times New Roman" w:cs="Times New Roman"/>
          <w:sz w:val="24"/>
          <w:szCs w:val="24"/>
          <w:lang w:val="ru-RU"/>
        </w:rPr>
        <w:t>Мои предки всегда находили в себе силы двигаться вперед, что бы ни случилось</w:t>
      </w:r>
      <w:r w:rsidR="005A69A7" w:rsidRPr="00A13E11">
        <w:rPr>
          <w:rFonts w:ascii="Times New Roman" w:hAnsi="Times New Roman" w:cs="Times New Roman"/>
          <w:sz w:val="24"/>
          <w:szCs w:val="24"/>
          <w:lang w:val="ru-RU"/>
        </w:rPr>
        <w:t>, и м</w:t>
      </w:r>
      <w:r w:rsidRPr="00A13E11">
        <w:rPr>
          <w:rFonts w:ascii="Times New Roman" w:hAnsi="Times New Roman" w:cs="Times New Roman"/>
          <w:sz w:val="24"/>
          <w:szCs w:val="24"/>
          <w:lang w:val="ru-RU"/>
        </w:rPr>
        <w:t>не нельзя от них отставать. Своим примером они учили ценить свободу и возможности, которые есть у меня сегодня. Я осознаю, что будущее напрямую зависит от того, как мы помним прошлое и какие выводы делаем. Важно передавать знания о том, что пережили наши предки, чтобы</w:t>
      </w:r>
      <w:r w:rsidRPr="00A13E11">
        <w:rPr>
          <w:rFonts w:ascii="Times New Roman" w:hAnsi="Times New Roman"/>
          <w:sz w:val="24"/>
          <w:lang w:val="ru-RU"/>
        </w:rPr>
        <w:t xml:space="preserve"> не допустить ошибок в будущем. </w:t>
      </w:r>
    </w:p>
    <w:p w14:paraId="7DC3AC00" w14:textId="28EE951C" w:rsidR="00161E92" w:rsidRPr="00A13E11" w:rsidRDefault="007454D9" w:rsidP="005A69A7">
      <w:pPr>
        <w:spacing w:after="0" w:line="360" w:lineRule="auto"/>
        <w:ind w:firstLine="709"/>
        <w:jc w:val="both"/>
        <w:rPr>
          <w:rFonts w:ascii="Times New Roman" w:hAnsi="Times New Roman"/>
          <w:sz w:val="24"/>
          <w:lang w:val="ru-RU"/>
        </w:rPr>
      </w:pPr>
      <w:r w:rsidRPr="00A13E11">
        <w:rPr>
          <w:rFonts w:ascii="Times New Roman" w:hAnsi="Times New Roman"/>
          <w:sz w:val="24"/>
          <w:lang w:val="ru-RU"/>
        </w:rPr>
        <w:t xml:space="preserve">Сегодня я нахожусь на пороге важного жизненного выбора, определяя свой будущий профессиональный и личностный путь. Это ответственный и непростой этап, но пример моей семьи учит меня целеустремленности и стойкости. Надеюсь, что </w:t>
      </w:r>
      <w:r w:rsidR="00FE2636" w:rsidRPr="00A13E11">
        <w:rPr>
          <w:rFonts w:ascii="Times New Roman" w:hAnsi="Times New Roman"/>
          <w:sz w:val="24"/>
          <w:lang w:val="ru-RU"/>
        </w:rPr>
        <w:t>со временем</w:t>
      </w:r>
      <w:r w:rsidRPr="00A13E11">
        <w:rPr>
          <w:rFonts w:ascii="Times New Roman" w:hAnsi="Times New Roman"/>
          <w:sz w:val="24"/>
          <w:lang w:val="ru-RU"/>
        </w:rPr>
        <w:t xml:space="preserve"> смогу передать историю своих предков детям, чтобы они тоже знали свои корни.</w:t>
      </w:r>
    </w:p>
    <w:p w14:paraId="7CE4641D" w14:textId="19A9A387" w:rsidR="00317D1D" w:rsidRPr="00A13E11" w:rsidRDefault="007454D9">
      <w:pPr>
        <w:spacing w:before="240" w:after="120" w:line="360" w:lineRule="auto"/>
        <w:jc w:val="center"/>
        <w:rPr>
          <w:lang w:val="ru-RU"/>
        </w:rPr>
      </w:pPr>
      <w:r w:rsidRPr="00A13E11">
        <w:rPr>
          <w:rFonts w:ascii="Times New Roman" w:hAnsi="Times New Roman"/>
          <w:b/>
          <w:sz w:val="24"/>
          <w:lang w:val="ru-RU"/>
        </w:rPr>
        <w:t>Заключение</w:t>
      </w:r>
    </w:p>
    <w:p w14:paraId="60E1A731" w14:textId="34545445" w:rsidR="00317D1D" w:rsidRPr="00A13E11" w:rsidRDefault="007454D9">
      <w:pPr>
        <w:spacing w:after="0" w:line="360" w:lineRule="auto"/>
        <w:ind w:firstLine="709"/>
        <w:jc w:val="both"/>
        <w:rPr>
          <w:lang w:val="ru-RU"/>
        </w:rPr>
      </w:pPr>
      <w:r w:rsidRPr="00A13E11">
        <w:rPr>
          <w:rFonts w:ascii="Times New Roman" w:hAnsi="Times New Roman"/>
          <w:sz w:val="24"/>
          <w:lang w:val="ru-RU"/>
        </w:rPr>
        <w:t xml:space="preserve">История страны неразрывно связана с историей каждой семьи. Судьбы моих предков тесно переплетены с судьбой России. Их характер, стойкость </w:t>
      </w:r>
      <w:r w:rsidR="00FE2636" w:rsidRPr="00A13E11">
        <w:rPr>
          <w:lang w:val="ru-RU"/>
        </w:rPr>
        <w:t>—</w:t>
      </w:r>
      <w:r w:rsidRPr="00A13E11">
        <w:rPr>
          <w:rFonts w:ascii="Times New Roman" w:hAnsi="Times New Roman"/>
          <w:sz w:val="24"/>
          <w:lang w:val="ru-RU"/>
        </w:rPr>
        <w:t xml:space="preserve"> это мой фундамент и главный ориентир. Я горжусь тем, что являюсь частью этой истории</w:t>
      </w:r>
      <w:r w:rsidR="00FE2636" w:rsidRPr="00A13E11">
        <w:rPr>
          <w:rFonts w:ascii="Times New Roman" w:hAnsi="Times New Roman"/>
          <w:sz w:val="24"/>
          <w:lang w:val="ru-RU"/>
        </w:rPr>
        <w:t>, и н</w:t>
      </w:r>
      <w:r w:rsidRPr="00A13E11">
        <w:rPr>
          <w:rFonts w:ascii="Times New Roman" w:hAnsi="Times New Roman"/>
          <w:sz w:val="24"/>
          <w:lang w:val="ru-RU"/>
        </w:rPr>
        <w:t>адеюсь внести</w:t>
      </w:r>
      <w:r w:rsidR="00FE2636" w:rsidRPr="00A13E11">
        <w:rPr>
          <w:rFonts w:ascii="Times New Roman" w:hAnsi="Times New Roman"/>
          <w:sz w:val="24"/>
          <w:lang w:val="ru-RU"/>
        </w:rPr>
        <w:t xml:space="preserve"> в нее</w:t>
      </w:r>
      <w:r w:rsidRPr="00A13E11">
        <w:rPr>
          <w:rFonts w:ascii="Times New Roman" w:hAnsi="Times New Roman"/>
          <w:sz w:val="24"/>
          <w:lang w:val="ru-RU"/>
        </w:rPr>
        <w:t xml:space="preserve"> </w:t>
      </w:r>
      <w:r w:rsidR="00A0747D" w:rsidRPr="00A13E11">
        <w:rPr>
          <w:rFonts w:ascii="Times New Roman" w:hAnsi="Times New Roman"/>
          <w:sz w:val="24"/>
          <w:lang w:val="ru-RU"/>
        </w:rPr>
        <w:t>собственный</w:t>
      </w:r>
      <w:r w:rsidRPr="00A13E11">
        <w:rPr>
          <w:rFonts w:ascii="Times New Roman" w:hAnsi="Times New Roman"/>
          <w:sz w:val="24"/>
          <w:lang w:val="ru-RU"/>
        </w:rPr>
        <w:t xml:space="preserve"> вклад. Каждая </w:t>
      </w:r>
      <w:r w:rsidR="00060525" w:rsidRPr="00A13E11">
        <w:rPr>
          <w:rFonts w:ascii="Times New Roman" w:hAnsi="Times New Roman"/>
          <w:sz w:val="24"/>
          <w:lang w:val="ru-RU"/>
        </w:rPr>
        <w:t>судьба</w:t>
      </w:r>
      <w:r w:rsidRPr="00A13E11">
        <w:rPr>
          <w:rFonts w:ascii="Times New Roman" w:hAnsi="Times New Roman"/>
          <w:sz w:val="24"/>
          <w:lang w:val="ru-RU"/>
        </w:rPr>
        <w:t xml:space="preserve"> </w:t>
      </w:r>
      <w:r w:rsidR="00060525" w:rsidRPr="00A13E11">
        <w:rPr>
          <w:rFonts w:ascii="Times New Roman" w:hAnsi="Times New Roman"/>
          <w:sz w:val="24"/>
          <w:lang w:val="ru-RU"/>
        </w:rPr>
        <w:t>словно нить в этом огромном</w:t>
      </w:r>
      <w:r w:rsidRPr="00A13E11">
        <w:rPr>
          <w:rFonts w:ascii="Times New Roman" w:hAnsi="Times New Roman"/>
          <w:sz w:val="24"/>
          <w:lang w:val="ru-RU"/>
        </w:rPr>
        <w:t xml:space="preserve"> полотн</w:t>
      </w:r>
      <w:r w:rsidR="00060525" w:rsidRPr="00A13E11">
        <w:rPr>
          <w:rFonts w:ascii="Times New Roman" w:hAnsi="Times New Roman"/>
          <w:sz w:val="24"/>
          <w:lang w:val="ru-RU"/>
        </w:rPr>
        <w:t>е</w:t>
      </w:r>
      <w:r w:rsidRPr="00A13E11">
        <w:rPr>
          <w:rFonts w:ascii="Times New Roman" w:hAnsi="Times New Roman"/>
          <w:sz w:val="24"/>
          <w:lang w:val="ru-RU"/>
        </w:rPr>
        <w:t xml:space="preserve"> под названием «</w:t>
      </w:r>
      <w:r w:rsidR="00111BB7" w:rsidRPr="00A13E11">
        <w:rPr>
          <w:rFonts w:ascii="Times New Roman" w:hAnsi="Times New Roman"/>
          <w:sz w:val="24"/>
          <w:lang w:val="ru-RU"/>
        </w:rPr>
        <w:t>летопись</w:t>
      </w:r>
      <w:r w:rsidRPr="00A13E11">
        <w:rPr>
          <w:rFonts w:ascii="Times New Roman" w:hAnsi="Times New Roman"/>
          <w:sz w:val="24"/>
          <w:lang w:val="ru-RU"/>
        </w:rPr>
        <w:t>». Только вместе мы можем создать будущее для страны и людей.</w:t>
      </w:r>
    </w:p>
    <w:sectPr w:rsidR="00317D1D" w:rsidRPr="00A13E11" w:rsidSect="00034616">
      <w:footerReference w:type="default" r:id="rId8"/>
      <w:pgSz w:w="11906" w:h="16838"/>
      <w:pgMar w:top="1134" w:right="1134"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3D4EC" w14:textId="77777777" w:rsidR="004559FD" w:rsidRDefault="004559FD">
      <w:pPr>
        <w:spacing w:after="0" w:line="240" w:lineRule="auto"/>
      </w:pPr>
      <w:r>
        <w:separator/>
      </w:r>
    </w:p>
  </w:endnote>
  <w:endnote w:type="continuationSeparator" w:id="0">
    <w:p w14:paraId="4BD2D51F" w14:textId="77777777" w:rsidR="004559FD" w:rsidRDefault="004559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69D74" w14:textId="77777777" w:rsidR="00317D1D" w:rsidRDefault="007454D9">
    <w:pPr>
      <w:pStyle w:val="a7"/>
      <w:spacing w:line="360" w:lineRule="auto"/>
      <w:jc w:val="center"/>
    </w:pPr>
    <w:r>
      <w:rPr>
        <w:rFonts w:ascii="Times New Roman" w:hAnsi="Times New Roman"/>
        <w:sz w:val="20"/>
      </w:rPr>
      <w:fldChar w:fldCharType="begin"/>
    </w:r>
    <w:r>
      <w:rPr>
        <w:rFonts w:ascii="Times New Roman" w:hAnsi="Times New Roman"/>
        <w:sz w:val="20"/>
      </w:rPr>
      <w:instrText>PAGE</w:instrText>
    </w:r>
    <w:r>
      <w:rPr>
        <w:rFonts w:ascii="Times New Roman" w:hAnsi="Times New Roman"/>
        <w:sz w:val="20"/>
      </w:rPr>
      <w:fldChar w:fldCharType="separate"/>
    </w:r>
    <w:r w:rsidR="00BB4607">
      <w:rPr>
        <w:rFonts w:ascii="Times New Roman" w:hAnsi="Times New Roman"/>
        <w:noProof/>
        <w:sz w:val="20"/>
      </w:rPr>
      <w:t>2</w:t>
    </w:r>
    <w:r>
      <w:rPr>
        <w:rFonts w:ascii="Times New Roman" w:hAnsi="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D6CC3" w14:textId="77777777" w:rsidR="004559FD" w:rsidRDefault="004559FD">
      <w:pPr>
        <w:spacing w:after="0" w:line="240" w:lineRule="auto"/>
      </w:pPr>
      <w:r>
        <w:separator/>
      </w:r>
    </w:p>
  </w:footnote>
  <w:footnote w:type="continuationSeparator" w:id="0">
    <w:p w14:paraId="5D8A7C3B" w14:textId="77777777" w:rsidR="004559FD" w:rsidRDefault="004559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598875488">
    <w:abstractNumId w:val="8"/>
  </w:num>
  <w:num w:numId="2" w16cid:durableId="47187076">
    <w:abstractNumId w:val="6"/>
  </w:num>
  <w:num w:numId="3" w16cid:durableId="1746344194">
    <w:abstractNumId w:val="5"/>
  </w:num>
  <w:num w:numId="4" w16cid:durableId="1829902526">
    <w:abstractNumId w:val="4"/>
  </w:num>
  <w:num w:numId="5" w16cid:durableId="1285230708">
    <w:abstractNumId w:val="7"/>
  </w:num>
  <w:num w:numId="6" w16cid:durableId="1446803521">
    <w:abstractNumId w:val="3"/>
  </w:num>
  <w:num w:numId="7" w16cid:durableId="1357468354">
    <w:abstractNumId w:val="2"/>
  </w:num>
  <w:num w:numId="8" w16cid:durableId="1495072986">
    <w:abstractNumId w:val="1"/>
  </w:num>
  <w:num w:numId="9" w16cid:durableId="1873298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574A"/>
    <w:rsid w:val="00060525"/>
    <w:rsid w:val="0006063C"/>
    <w:rsid w:val="00085572"/>
    <w:rsid w:val="000F2252"/>
    <w:rsid w:val="00111BB7"/>
    <w:rsid w:val="0015074B"/>
    <w:rsid w:val="00161E92"/>
    <w:rsid w:val="001A6FB0"/>
    <w:rsid w:val="001D2E60"/>
    <w:rsid w:val="001D7D37"/>
    <w:rsid w:val="00200A10"/>
    <w:rsid w:val="00207BE7"/>
    <w:rsid w:val="00237816"/>
    <w:rsid w:val="00284A1B"/>
    <w:rsid w:val="0029639D"/>
    <w:rsid w:val="002B2C7A"/>
    <w:rsid w:val="002D01F9"/>
    <w:rsid w:val="00317D1D"/>
    <w:rsid w:val="00326F90"/>
    <w:rsid w:val="00397192"/>
    <w:rsid w:val="004559FD"/>
    <w:rsid w:val="00487EAC"/>
    <w:rsid w:val="004A0529"/>
    <w:rsid w:val="004C772B"/>
    <w:rsid w:val="004F16CD"/>
    <w:rsid w:val="00516053"/>
    <w:rsid w:val="00534671"/>
    <w:rsid w:val="0055751E"/>
    <w:rsid w:val="00573901"/>
    <w:rsid w:val="005A69A7"/>
    <w:rsid w:val="005C5B31"/>
    <w:rsid w:val="005E49BA"/>
    <w:rsid w:val="006520D2"/>
    <w:rsid w:val="006B4B84"/>
    <w:rsid w:val="007454D9"/>
    <w:rsid w:val="007D436A"/>
    <w:rsid w:val="00857260"/>
    <w:rsid w:val="008B1F20"/>
    <w:rsid w:val="008C3AFB"/>
    <w:rsid w:val="00993363"/>
    <w:rsid w:val="009E0CB4"/>
    <w:rsid w:val="00A0747D"/>
    <w:rsid w:val="00A13E11"/>
    <w:rsid w:val="00A50339"/>
    <w:rsid w:val="00AA1D8D"/>
    <w:rsid w:val="00AE7AB1"/>
    <w:rsid w:val="00B4287D"/>
    <w:rsid w:val="00B47730"/>
    <w:rsid w:val="00B72DB4"/>
    <w:rsid w:val="00BB4607"/>
    <w:rsid w:val="00C63235"/>
    <w:rsid w:val="00CB0664"/>
    <w:rsid w:val="00CC093B"/>
    <w:rsid w:val="00CC224C"/>
    <w:rsid w:val="00CC6C4B"/>
    <w:rsid w:val="00D32760"/>
    <w:rsid w:val="00D47BD6"/>
    <w:rsid w:val="00D60A4B"/>
    <w:rsid w:val="00D84A84"/>
    <w:rsid w:val="00DB48CB"/>
    <w:rsid w:val="00DD793C"/>
    <w:rsid w:val="00DE5E26"/>
    <w:rsid w:val="00DF1026"/>
    <w:rsid w:val="00E2111C"/>
    <w:rsid w:val="00E91A8C"/>
    <w:rsid w:val="00EB336F"/>
    <w:rsid w:val="00EB3745"/>
    <w:rsid w:val="00F25237"/>
    <w:rsid w:val="00F30219"/>
    <w:rsid w:val="00F52A46"/>
    <w:rsid w:val="00F53E2D"/>
    <w:rsid w:val="00FA1A33"/>
    <w:rsid w:val="00FC44B9"/>
    <w:rsid w:val="00FC693F"/>
    <w:rsid w:val="00FE26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0CDC43"/>
  <w14:defaultImageDpi w14:val="300"/>
  <w15:docId w15:val="{3134518A-117A-4058-AC99-297C6FFDC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8">
    <w:name w:val="annotation reference"/>
    <w:basedOn w:val="a2"/>
    <w:uiPriority w:val="99"/>
    <w:semiHidden/>
    <w:unhideWhenUsed/>
    <w:rsid w:val="000F2252"/>
    <w:rPr>
      <w:sz w:val="16"/>
      <w:szCs w:val="16"/>
    </w:rPr>
  </w:style>
  <w:style w:type="paragraph" w:styleId="aff9">
    <w:name w:val="annotation text"/>
    <w:basedOn w:val="a1"/>
    <w:link w:val="affa"/>
    <w:uiPriority w:val="99"/>
    <w:semiHidden/>
    <w:unhideWhenUsed/>
    <w:rsid w:val="000F2252"/>
    <w:pPr>
      <w:spacing w:line="240" w:lineRule="auto"/>
    </w:pPr>
    <w:rPr>
      <w:sz w:val="20"/>
      <w:szCs w:val="20"/>
    </w:rPr>
  </w:style>
  <w:style w:type="character" w:customStyle="1" w:styleId="affa">
    <w:name w:val="Текст примечания Знак"/>
    <w:basedOn w:val="a2"/>
    <w:link w:val="aff9"/>
    <w:uiPriority w:val="99"/>
    <w:semiHidden/>
    <w:rsid w:val="000F2252"/>
    <w:rPr>
      <w:sz w:val="20"/>
      <w:szCs w:val="20"/>
    </w:rPr>
  </w:style>
  <w:style w:type="paragraph" w:styleId="affb">
    <w:name w:val="annotation subject"/>
    <w:basedOn w:val="aff9"/>
    <w:next w:val="aff9"/>
    <w:link w:val="affc"/>
    <w:uiPriority w:val="99"/>
    <w:semiHidden/>
    <w:unhideWhenUsed/>
    <w:rsid w:val="000F2252"/>
    <w:rPr>
      <w:b/>
      <w:bCs/>
    </w:rPr>
  </w:style>
  <w:style w:type="character" w:customStyle="1" w:styleId="affc">
    <w:name w:val="Тема примечания Знак"/>
    <w:basedOn w:val="affa"/>
    <w:link w:val="affb"/>
    <w:uiPriority w:val="99"/>
    <w:semiHidden/>
    <w:rsid w:val="000F225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5B5597-EE2A-4B8B-861E-8C50955EB1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1335</Words>
  <Characters>7616</Characters>
  <Application>Microsoft Office Word</Application>
  <DocSecurity>0</DocSecurity>
  <Lines>63</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8934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Цвиркун Марина</cp:lastModifiedBy>
  <cp:revision>2</cp:revision>
  <dcterms:created xsi:type="dcterms:W3CDTF">2026-09-28T07:38:00Z</dcterms:created>
  <dcterms:modified xsi:type="dcterms:W3CDTF">2026-09-28T07:38:00Z</dcterms:modified>
  <cp:category/>
</cp:coreProperties>
</file>